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Suno Book Creator komprimiert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ListBullet"/>
      </w:pPr>
      <w:r>
        <w:t>Song erstellen mit Suno -</w:t>
      </w:r>
    </w:p>
    <w:p>
      <w:pPr>
        <w:pStyle w:val="Heading1"/>
      </w:pPr>
      <w:r>
        <w:t>Station 4</w:t>
      </w:r>
    </w:p>
    <w:p>
      <w:r>
        <w:t>In dieser Station geht es um die</w:t>
      </w:r>
    </w:p>
    <w:p>
      <w:r>
        <w:t>Künstliche Intelligenz „Suno“. Bitte wechselt euch beim Angucken</w:t>
      </w:r>
    </w:p>
    <w:p>
      <w:r>
        <w:t>und Lesen dieses Buches ab.</w:t>
      </w:r>
    </w:p>
    <w:p>
      <w:r/>
    </w:p>
    <w:p>
      <w:r/>
    </w:p>
    <w:p>
      <w:r/>
    </w:p>
    <w:p>
      <w:r/>
    </w:p>
    <w:p>
      <w:r/>
    </w:p>
    <w:p>
      <w:r/>
    </w:p>
    <w:p>
      <w:r/>
    </w:p>
    <w:p>
      <w:pPr>
        <w:pStyle w:val="Heading2"/>
      </w:pPr>
      <w:r>
        <w:t>Seite 2</w:t>
      </w:r>
    </w:p>
    <w:p>
      <w:pPr>
        <w:pStyle w:val="Heading2"/>
      </w:pPr>
      <w:r>
        <w:t>In dieser Station könnt ihr</w:t>
      </w:r>
    </w:p>
    <w:p>
      <w:pPr>
        <w:pStyle w:val="Heading2"/>
      </w:pPr>
      <w:r>
        <w:t>einen eigenen Song mit</w:t>
      </w:r>
    </w:p>
    <w:p>
      <w:pPr>
        <w:pStyle w:val="Heading2"/>
      </w:pPr>
      <w:r>
        <w:t>Suno generieren. Suno ist</w:t>
      </w:r>
    </w:p>
    <w:p>
      <w:pPr>
        <w:pStyle w:val="Heading2"/>
      </w:pPr>
      <w:r>
        <w:t>eine künstliche Intelligenz,</w:t>
      </w:r>
    </w:p>
    <w:p>
      <w:pPr>
        <w:pStyle w:val="Heading2"/>
      </w:pPr>
      <w:r>
        <w:t>die extra für Musik gemacht</w:t>
      </w:r>
    </w:p>
    <w:p>
      <w:pPr>
        <w:pStyle w:val="Heading2"/>
      </w:pPr>
      <w:r>
        <w:t>wurde.</w:t>
      </w:r>
    </w:p>
    <w:p>
      <w:r>
        <w:t>Mithilfe eurer Anweisungen erstellt die künstliche Intelligenz einen neuen Song. Dafür müsst ihr der KI möglichst genau sagen, wie euer Lied sein soll. Zum Beispiel worum es geht, und wie sich das Lied anhört.</w:t>
      </w:r>
    </w:p>
    <w:p>
      <w:r>
        <w:t>Hier wird euch erklärt, wie Suno funktioniert:</w:t>
      </w:r>
    </w:p>
    <w:p>
      <w:r/>
    </w:p>
    <w:p>
      <w:r/>
    </w:p>
    <w:p>
      <w:r/>
    </w:p>
    <w:p>
      <w:pPr>
        <w:pStyle w:val="Heading2"/>
      </w:pPr>
      <w:r>
        <w:t>Seite 3</w:t>
      </w:r>
    </w:p>
    <w:p>
      <w:r>
        <w:t>Auf dem Foto seht ihr die Startseite. In das Kästchen könnt ihr eure Songbeschreibung einfügen. Wenn ihr auf die bunte Fläche drückt, wird das Lied erstellt. Auf der linken Seite seht ihr eure erstellen Lieder. Dort könnt ihr euch die Lieder auch anhören.</w:t>
      </w:r>
    </w:p>
    <w:p>
      <w:r/>
    </w:p>
    <w:p>
      <w:r/>
    </w:p>
    <w:p>
      <w:r/>
    </w:p>
    <w:p>
      <w:pPr>
        <w:pStyle w:val="Heading2"/>
      </w:pPr>
      <w:r>
        <w:t>Seite 4</w:t>
      </w:r>
    </w:p>
    <w:p>
      <w:r>
        <w:t>Eure Aufgabe ist es, ein Lied über ein beliebiges Tier zu erstellen.</w:t>
      </w:r>
    </w:p>
    <w:p>
      <w:pPr>
        <w:pStyle w:val="ListBullet"/>
      </w:pPr>
      <w:r>
        <w:t>Dafür müsst ihr euch zuerst für ein Tier entscheiden. Zum Beispiel: eine Katze.</w:t>
      </w:r>
    </w:p>
    <w:p>
      <w:pPr>
        <w:pStyle w:val="ListBullet"/>
      </w:pPr>
      <w:r>
        <w:t>Danach entscheidet ihr euch für ein Gefühl, welches dieses Tier haben soll. Zum Beispiel: eine fröhliche Katze.</w:t>
      </w:r>
    </w:p>
    <w:p>
      <w:pPr>
        <w:pStyle w:val="ListBullet"/>
      </w:pPr>
      <w:r>
        <w:t>Als letztes könnt ihr der KI vorgeben, was in dem Lied passieren soll. Zum Beispiel: In dem Song geht es um eine fröhliche Katze, die einen roten Hut auf hat und ihren Freund besucht. Zusammen gehen sie im Park spazieren und essen ein Eis.</w:t>
      </w:r>
    </w:p>
    <w:p>
      <w:r/>
    </w:p>
    <w:p>
      <w:r/>
    </w:p>
    <w:p>
      <w:r/>
    </w:p>
    <w:p>
      <w:r/>
    </w:p>
    <w:p>
      <w:r/>
    </w:p>
    <w:p>
      <w:pPr>
        <w:pStyle w:val="Heading2"/>
      </w:pPr>
      <w:r>
        <w:t>Seite 5</w:t>
      </w:r>
    </w:p>
    <w:p>
      <w:r>
        <w:t>Such dir ein Parterkind und besprich mit dem anderen Kind deine Ideen.</w:t>
      </w:r>
    </w:p>
    <w:p>
      <w:r>
        <w:t>Auf der nächsten Seite könnt ihr Hilfe bekommen.</w:t>
      </w:r>
    </w:p>
    <w:p>
      <w:pPr>
        <w:pStyle w:val="ListBullet"/>
      </w:pPr>
      <w:r>
        <w:t>Damit in euerem Song auch das Gefühl des Tieres deutlich wird, müsst ihr euch überlegen welche Stimmung in dem Song sein soll. Passt ein schnelles oder langsameres Lied besser? Muss die Musik laut oder leise sein? Auch diese Informationen müsst ihr der KI sagen. Zum Beispiel: In dem Song geht es um eine fröhliche Katze, die einen roten Hut auf hat und ihren Freund besucht. Zusammen gehen sie im Park spazieren und essen ein Eis. Der Song ist schnell und laut.</w:t>
      </w:r>
    </w:p>
    <w:p>
      <w:r/>
    </w:p>
    <w:p>
      <w:r/>
    </w:p>
    <w:p>
      <w:r/>
    </w:p>
    <w:p>
      <w:r/>
    </w:p>
    <w:p>
      <w:r/>
    </w:p>
    <w:p>
      <w:pPr>
        <w:pStyle w:val="Heading2"/>
      </w:pPr>
      <w:r>
        <w:t>Seite 6</w:t>
      </w:r>
    </w:p>
    <w:p>
      <w:r>
        <w:t>Hier findet ihr einige Ideen zur Erstellung eures Songs:</w:t>
      </w:r>
    </w:p>
    <w:p>
      <w:r>
        <w:t>Tiere</w:t>
      </w:r>
    </w:p>
    <w:p>
      <w:r>
        <w:t>Die Spinne</w:t>
      </w:r>
    </w:p>
    <w:p>
      <w:r>
        <w:t>Die Ente</w:t>
      </w:r>
    </w:p>
    <w:p>
      <w:r>
        <w:t>Das Schaf</w:t>
      </w:r>
    </w:p>
    <w:p>
      <w:r>
        <w:t>Der Hund</w:t>
      </w:r>
    </w:p>
    <w:p>
      <w:r>
        <w:t>Die Schildkröte</w:t>
      </w:r>
    </w:p>
    <w:p>
      <w:r>
        <w:t>Der Elefant</w:t>
      </w:r>
    </w:p>
    <w:p>
      <w:r>
        <w:t>Der Löwe</w:t>
      </w:r>
    </w:p>
    <w:p>
      <w:r>
        <w:t>Der Delfin</w:t>
      </w:r>
    </w:p>
    <w:p>
      <w:r/>
    </w:p>
    <w:p>
      <w:r/>
    </w:p>
    <w:p>
      <w:r/>
    </w:p>
    <w:p>
      <w:r/>
    </w:p>
    <w:p>
      <w:r/>
    </w:p>
    <w:p>
      <w:r/>
    </w:p>
    <w:p>
      <w:r/>
    </w:p>
    <w:p>
      <w:r/>
    </w:p>
    <w:p>
      <w:r/>
    </w:p>
    <w:p>
      <w:pPr>
        <w:pStyle w:val="Heading2"/>
      </w:pPr>
      <w:r>
        <w:t>Seite 7</w:t>
      </w:r>
    </w:p>
    <w:p>
      <w:pPr>
        <w:pStyle w:val="Heading1"/>
      </w:pPr>
      <w:r>
        <w:t>Emotionen:</w:t>
      </w:r>
    </w:p>
    <w:p>
      <w:pPr>
        <w:pStyle w:val="Heading1"/>
      </w:pPr>
      <w:r>
        <w:t>- Wut</w:t>
      </w:r>
    </w:p>
    <w:p>
      <w:pPr>
        <w:pStyle w:val="Heading1"/>
      </w:pPr>
      <w:r>
        <w:t>😡</w:t>
      </w:r>
    </w:p>
    <w:p>
      <w:pPr>
        <w:pStyle w:val="Heading1"/>
      </w:pPr>
      <w:r>
        <w:t>- Freude</w:t>
      </w:r>
    </w:p>
    <w:p>
      <w:pPr>
        <w:pStyle w:val="Heading1"/>
      </w:pPr>
      <w:r>
        <w:t>☺</w:t>
      </w:r>
    </w:p>
    <w:p>
      <w:pPr>
        <w:pStyle w:val="Heading1"/>
      </w:pPr>
      <w:r>
        <w:t>- Angst</w:t>
      </w:r>
    </w:p>
    <w:p>
      <w:pPr>
        <w:pStyle w:val="Heading1"/>
      </w:pPr>
      <w:r>
        <w:t>😰</w:t>
      </w:r>
    </w:p>
    <w:p>
      <w:pPr>
        <w:pStyle w:val="Heading1"/>
      </w:pPr>
      <w:r>
        <w:t>- Traurigkeit</w:t>
      </w:r>
    </w:p>
    <w:p>
      <w:pPr>
        <w:pStyle w:val="Heading1"/>
      </w:pPr>
      <w:r>
        <w:t>😢</w:t>
      </w:r>
    </w:p>
    <w:p>
      <w:pPr>
        <w:pStyle w:val="Heading1"/>
      </w:pPr>
      <w:r>
        <w:t>- Überraschung</w:t>
      </w:r>
    </w:p>
    <w:p>
      <w:pPr>
        <w:pStyle w:val="Heading1"/>
      </w:pPr>
      <w:r>
        <w:t>😲</w:t>
      </w:r>
    </w:p>
    <w:p>
      <w:pPr>
        <w:pStyle w:val="Heading1"/>
      </w:pPr>
      <w:r>
        <w:t>- Dankbarkeit</w:t>
      </w:r>
    </w:p>
    <w:p>
      <w:pPr>
        <w:pStyle w:val="Heading1"/>
      </w:pPr>
      <w:r>
        <w:t>🙏</w:t>
      </w:r>
    </w:p>
    <w:p>
      <w:pPr>
        <w:pStyle w:val="Heading1"/>
      </w:pPr>
      <w:r>
        <w:t>- Liebe</w:t>
      </w:r>
    </w:p>
    <w:p>
      <w:pPr>
        <w:pStyle w:val="Heading1"/>
      </w:pPr>
      <w:r>
        <w:t>😍</w:t>
      </w:r>
    </w:p>
    <w:p>
      <w:pPr>
        <w:pStyle w:val="Heading1"/>
      </w:pPr>
      <w:r>
        <w:t>Wie das Lied sein kann:</w:t>
      </w:r>
    </w:p>
    <w:p>
      <w:pPr>
        <w:pStyle w:val="Heading1"/>
      </w:pPr>
      <w:r>
        <w:t>- schnell oder langsam</w:t>
      </w:r>
    </w:p>
    <w:p>
      <w:pPr>
        <w:pStyle w:val="Heading1"/>
      </w:pPr>
      <w:r>
        <w:t>- laut oder leise</w:t>
      </w:r>
    </w:p>
    <w:p>
      <w:pPr>
        <w:pStyle w:val="Heading1"/>
      </w:pPr>
      <w:r>
        <w:t>- sanft oder kraftvoll</w:t>
      </w:r>
    </w:p>
    <w:p>
      <w:pPr>
        <w:pStyle w:val="Heading1"/>
      </w:pPr>
      <w:r>
        <w:t>- fröhlich oder düster</w:t>
      </w:r>
    </w:p>
    <w:p>
      <w:r/>
    </w:p>
    <w:p>
      <w:r/>
    </w:p>
    <w:p>
      <w:r/>
    </w:p>
    <w:p>
      <w:r/>
    </w:p>
    <w:p>
      <w:r/>
    </w:p>
    <w:p>
      <w:r/>
    </w:p>
    <w:p>
      <w:r/>
    </w:p>
    <w:p>
      <w:r/>
    </w:p>
    <w:p>
      <w:r/>
    </w:p>
    <w:p>
      <w:pPr>
        <w:pStyle w:val="Heading2"/>
      </w:pPr>
      <w:r>
        <w:t>Seite 8</w:t>
      </w:r>
    </w:p>
    <w:p>
      <w:r>
        <w:t>Jetzt gehts los! Viel Spaß</w:t>
      </w:r>
    </w:p>
    <w:p>
      <w:r>
        <w:t>😊</w:t>
      </w:r>
    </w:p>
    <w:p>
      <w:r>
        <w:t>Jedes Kind erstellt</w:t>
      </w:r>
    </w:p>
    <w:p>
      <w:r>
        <w:t>einen Song.</w:t>
      </w:r>
    </w:p>
    <w:p>
      <w:r>
        <w:t>Da ihr euch jetzt auskennt, könnt ihr gleich mit euren eigenen Songs beginnen. Dafür bekommt jeder ein eigenes Tablet.</w:t>
      </w:r>
    </w:p>
    <w:p>
      <w:r/>
    </w:p>
    <w:p>
      <w:r/>
    </w:p>
    <w:p>
      <w:pPr>
        <w:pStyle w:val="Heading2"/>
      </w:pPr>
      <w:r>
        <w:t>Seite 9</w:t>
      </w:r>
    </w:p>
    <w:p>
      <w:r>
        <w:t>Auf der nächsten findet ihr</w:t>
      </w:r>
    </w:p>
    <w:p>
      <w:r>
        <w:t>fertige Prompts, die ihr bei</w:t>
      </w:r>
    </w:p>
    <w:p>
      <w:r>
        <w:t>Suno eintippen könnt.</w:t>
      </w:r>
    </w:p>
    <w:p>
      <w:r/>
    </w:p>
    <w:p>
      <w:r/>
    </w:p>
    <w:p>
      <w:pPr>
        <w:pStyle w:val="Heading2"/>
      </w:pPr>
      <w:r>
        <w:t>Seite 10</w:t>
      </w:r>
    </w:p>
    <w:p>
      <w:pPr>
        <w:pStyle w:val="Heading2"/>
      </w:pPr>
      <w:r>
        <w:t>In dem Song geht es um</w:t>
      </w:r>
    </w:p>
    <w:p>
      <w:pPr>
        <w:pStyle w:val="Heading2"/>
      </w:pPr>
      <w:r>
        <w:t>eine fröhliche Spinne, die</w:t>
      </w:r>
    </w:p>
    <w:p>
      <w:pPr>
        <w:pStyle w:val="Heading2"/>
      </w:pPr>
      <w:r>
        <w:t>ein wunderschönes Netz in</w:t>
      </w:r>
    </w:p>
    <w:p>
      <w:pPr>
        <w:pStyle w:val="Heading2"/>
      </w:pPr>
      <w:r>
        <w:t>der Morgensonne spinnt</w:t>
      </w:r>
    </w:p>
    <w:p>
      <w:pPr>
        <w:pStyle w:val="Heading2"/>
      </w:pPr>
      <w:r>
        <w:t>und dann einen Brief an</w:t>
      </w:r>
    </w:p>
    <w:p>
      <w:pPr>
        <w:pStyle w:val="Heading2"/>
      </w:pPr>
      <w:r>
        <w:t>ihre Oma schreibt. Der</w:t>
      </w:r>
    </w:p>
    <w:p>
      <w:pPr>
        <w:pStyle w:val="Heading2"/>
      </w:pPr>
      <w:r>
        <w:t>Song ist langsam, sanft und</w:t>
      </w:r>
    </w:p>
    <w:p>
      <w:pPr>
        <w:pStyle w:val="Heading2"/>
      </w:pPr>
      <w:r>
        <w:t>fröhlich.</w:t>
      </w:r>
    </w:p>
    <w:p>
      <w:pPr>
        <w:pStyle w:val="Heading1"/>
      </w:pPr>
      <w:r>
        <w:t>In dem Song geht es</w:t>
      </w:r>
    </w:p>
    <w:p>
      <w:pPr>
        <w:pStyle w:val="Heading1"/>
      </w:pPr>
      <w:r>
        <w:t>um eine wütende Ente,</w:t>
      </w:r>
    </w:p>
    <w:p>
      <w:pPr>
        <w:pStyle w:val="Heading1"/>
      </w:pPr>
      <w:r>
        <w:t>die ihren großen Teich</w:t>
      </w:r>
    </w:p>
    <w:p>
      <w:pPr>
        <w:pStyle w:val="Heading1"/>
      </w:pPr>
      <w:r>
        <w:t>sauber macht. Die</w:t>
      </w:r>
    </w:p>
    <w:p>
      <w:pPr>
        <w:pStyle w:val="Heading1"/>
      </w:pPr>
      <w:r>
        <w:t>Musik ist schnell, laut</w:t>
      </w:r>
    </w:p>
    <w:p>
      <w:pPr>
        <w:pStyle w:val="Heading1"/>
      </w:pPr>
      <w:r>
        <w:t>und kraftvoll.</w:t>
      </w:r>
    </w:p>
    <w:p>
      <w:r/>
    </w:p>
    <w:p>
      <w:r/>
    </w:p>
    <w:p>
      <w:r/>
    </w:p>
    <w:p>
      <w:r/>
    </w:p>
    <w:p>
      <w:r/>
    </w:p>
    <w:p>
      <w:r/>
    </w:p>
    <w:p>
      <w:r/>
    </w:p>
    <w:p>
      <w:r/>
    </w:p>
    <w:p>
      <w:r/>
    </w:p>
    <w:p>
      <w:r/>
    </w:p>
    <w:p>
      <w:pPr>
        <w:pStyle w:val="Heading2"/>
      </w:pPr>
      <w:r>
        <w:t>Seite 11</w:t>
      </w:r>
    </w:p>
    <w:p>
      <w:pPr>
        <w:pStyle w:val="Heading2"/>
      </w:pPr>
      <w:r>
        <w:t>In dem Song geht es um</w:t>
      </w:r>
    </w:p>
    <w:p>
      <w:pPr>
        <w:pStyle w:val="Heading2"/>
      </w:pPr>
      <w:r>
        <w:t>einen ängstlichen kleinen</w:t>
      </w:r>
    </w:p>
    <w:p>
      <w:pPr>
        <w:pStyle w:val="Heading2"/>
      </w:pPr>
      <w:r>
        <w:t>Löwen, der sich im Wald</w:t>
      </w:r>
    </w:p>
    <w:p>
      <w:pPr>
        <w:pStyle w:val="Heading2"/>
      </w:pPr>
      <w:r>
        <w:t>verlaufen hat. Eine Ameise</w:t>
      </w:r>
    </w:p>
    <w:p>
      <w:pPr>
        <w:pStyle w:val="Heading2"/>
      </w:pPr>
      <w:r>
        <w:t>zeigt ihm schließlich den</w:t>
      </w:r>
    </w:p>
    <w:p>
      <w:pPr>
        <w:pStyle w:val="Heading2"/>
      </w:pPr>
      <w:r>
        <w:t>Weg. Das Lied ist langsam,</w:t>
      </w:r>
    </w:p>
    <w:p>
      <w:pPr>
        <w:pStyle w:val="Heading2"/>
      </w:pPr>
      <w:r>
        <w:t>leise und düster. Das Ende</w:t>
      </w:r>
    </w:p>
    <w:p>
      <w:pPr>
        <w:pStyle w:val="Heading2"/>
      </w:pPr>
      <w:r>
        <w:t>ist fröhlich.</w:t>
      </w:r>
    </w:p>
    <w:p>
      <w:pPr>
        <w:pStyle w:val="Heading2"/>
      </w:pPr>
      <w:r>
        <w:t>In dem Song geht es um</w:t>
      </w:r>
    </w:p>
    <w:p>
      <w:pPr>
        <w:pStyle w:val="Heading2"/>
      </w:pPr>
      <w:r>
        <w:t>eine verliebte</w:t>
      </w:r>
    </w:p>
    <w:p>
      <w:pPr>
        <w:pStyle w:val="Heading2"/>
      </w:pPr>
      <w:r>
        <w:t>Schildkröte, die ihrer</w:t>
      </w:r>
    </w:p>
    <w:p>
      <w:pPr>
        <w:pStyle w:val="Heading2"/>
      </w:pPr>
      <w:r>
        <w:t>Partnerin einen</w:t>
      </w:r>
    </w:p>
    <w:p>
      <w:pPr>
        <w:pStyle w:val="Heading2"/>
      </w:pPr>
      <w:r>
        <w:t>Blumenstrauß pflückt.</w:t>
      </w:r>
    </w:p>
    <w:p>
      <w:pPr>
        <w:pStyle w:val="Heading2"/>
      </w:pPr>
      <w:r>
        <w:t>Die Musik ist langsam,</w:t>
      </w:r>
    </w:p>
    <w:p>
      <w:pPr>
        <w:pStyle w:val="Heading2"/>
      </w:pPr>
      <w:r>
        <w:t>leise und fröhlich.</w:t>
      </w:r>
    </w:p>
    <w:p>
      <w:r/>
    </w:p>
    <w:p>
      <w:r/>
    </w:p>
    <w:p>
      <w:r/>
    </w:p>
    <w:p>
      <w:r/>
    </w:p>
    <w:p>
      <w:r/>
    </w:p>
    <w:p>
      <w:r/>
    </w:p>
    <w:p>
      <w:r/>
    </w:p>
    <w:p>
      <w:r/>
    </w:p>
    <w:p>
      <w:r/>
    </w:p>
    <w:p>
      <w:r/>
    </w:p>
    <w:p>
      <w:pPr>
        <w:pStyle w:val="Heading2"/>
      </w:pPr>
      <w:r>
        <w:t>Seite 12</w:t>
      </w:r>
    </w:p>
    <w:p>
      <w:pPr>
        <w:pStyle w:val="Heading2"/>
      </w:pPr>
      <w:r>
        <w:t>Wenn ihr eure Songs fertig</w:t>
      </w:r>
    </w:p>
    <w:p>
      <w:pPr>
        <w:pStyle w:val="Heading2"/>
      </w:pPr>
      <w:r>
        <w:t>erstellt habt, hört sie euch</w:t>
      </w:r>
    </w:p>
    <w:p>
      <w:pPr>
        <w:pStyle w:val="Heading2"/>
      </w:pPr>
      <w:r>
        <w:t>zusammen an. Es hören sich</w:t>
      </w:r>
    </w:p>
    <w:p>
      <w:pPr>
        <w:pStyle w:val="Heading2"/>
      </w:pPr>
      <w:r>
        <w:t>immer 2 oder 3 Kinder</w:t>
      </w:r>
    </w:p>
    <w:p>
      <w:pPr>
        <w:pStyle w:val="Heading2"/>
      </w:pPr>
      <w:r>
        <w:t>zusammen die Songs an.</w:t>
      </w:r>
    </w:p>
    <w:p>
      <w:pPr>
        <w:pStyle w:val="Heading2"/>
      </w:pPr>
      <w:r>
        <w:t>Auf der nächsten Seite</w:t>
      </w:r>
    </w:p>
    <w:p>
      <w:pPr>
        <w:pStyle w:val="Heading2"/>
      </w:pPr>
      <w:r>
        <w:t>findet ihr Fragen, über die</w:t>
      </w:r>
    </w:p>
    <w:p>
      <w:pPr>
        <w:pStyle w:val="Heading2"/>
      </w:pPr>
      <w:r>
        <w:t>ihr dann reden könnt.</w:t>
      </w:r>
    </w:p>
    <w:p>
      <w:pPr>
        <w:pStyle w:val="Heading2"/>
      </w:pPr>
      <w:r>
        <w:t>Das habt ihr klasse</w:t>
      </w:r>
    </w:p>
    <w:p>
      <w:pPr>
        <w:pStyle w:val="Heading2"/>
      </w:pPr>
      <w:r>
        <w:t>gemacht!</w:t>
      </w:r>
    </w:p>
    <w:p>
      <w:r/>
    </w:p>
    <w:p>
      <w:r/>
    </w:p>
    <w:p>
      <w:r/>
    </w:p>
    <w:p>
      <w:pPr>
        <w:pStyle w:val="Heading2"/>
      </w:pPr>
      <w:r>
        <w:t>Seite 13</w:t>
      </w:r>
    </w:p>
    <w:p>
      <w:pPr>
        <w:pStyle w:val="Heading2"/>
      </w:pPr>
      <w:r>
        <w:t>1. Frage: Was hat dich</w:t>
      </w:r>
    </w:p>
    <w:p>
      <w:pPr>
        <w:pStyle w:val="Heading2"/>
      </w:pPr>
      <w:r>
        <w:t>am meisten</w:t>
      </w:r>
    </w:p>
    <w:p>
      <w:pPr>
        <w:pStyle w:val="Heading2"/>
      </w:pPr>
      <w:r>
        <w:t>fasziniert?</w:t>
      </w:r>
    </w:p>
    <w:p>
      <w:pPr>
        <w:pStyle w:val="Heading2"/>
      </w:pPr>
      <w:r>
        <w:t>2. Frage: Was hat</w:t>
      </w:r>
    </w:p>
    <w:p>
      <w:pPr>
        <w:pStyle w:val="Heading2"/>
      </w:pPr>
      <w:r>
        <w:t>nicht so gut</w:t>
      </w:r>
    </w:p>
    <w:p>
      <w:pPr>
        <w:pStyle w:val="Heading2"/>
      </w:pPr>
      <w:r>
        <w:t>geklappt?</w:t>
      </w:r>
    </w:p>
    <w:p>
      <w:pPr>
        <w:pStyle w:val="Heading2"/>
      </w:pPr>
      <w:r>
        <w:t>3. Frage: Wie fühlt es</w:t>
      </w:r>
    </w:p>
    <w:p>
      <w:pPr>
        <w:pStyle w:val="Heading2"/>
      </w:pPr>
      <w:r>
        <w:t>sich an, wenn eine</w:t>
      </w:r>
    </w:p>
    <w:p>
      <w:pPr>
        <w:pStyle w:val="Heading2"/>
      </w:pPr>
      <w:r>
        <w:t>Maschine/ die KI</w:t>
      </w:r>
    </w:p>
    <w:p>
      <w:pPr>
        <w:pStyle w:val="Heading2"/>
      </w:pPr>
      <w:r>
        <w:t>einen Song aus</w:t>
      </w:r>
    </w:p>
    <w:p>
      <w:pPr>
        <w:pStyle w:val="Heading2"/>
      </w:pPr>
      <w:r>
        <w:t>deiner Idee erstellt?</w:t>
      </w:r>
    </w:p>
    <w:p>
      <w:r/>
    </w:p>
    <w:p>
      <w:r/>
    </w:p>
    <w:p>
      <w:r/>
    </w:p>
    <w:p>
      <w:r>
        <w:rPr>
          <w:i/>
        </w:rPr>
        <w:t>Quelle: Suno-Book-Creator-komprimiert.pdf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Suno Book Creator komprimiert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