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Was Ist KI?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pPr>
        <w:pStyle w:val="Heading1"/>
      </w:pPr>
      <w:r>
        <w:t>Es gibt</w:t>
      </w:r>
    </w:p>
    <w:p>
      <w:pPr>
        <w:pStyle w:val="Heading1"/>
      </w:pPr>
      <w:r>
        <w:t>Maschinen, die</w:t>
      </w:r>
    </w:p>
    <w:p>
      <w:pPr>
        <w:pStyle w:val="Heading1"/>
      </w:pPr>
      <w:r>
        <w:t>können lernen.</w:t>
      </w:r>
    </w:p>
    <w:p>
      <w:pPr>
        <w:pStyle w:val="Heading1"/>
      </w:pPr>
      <w:r>
        <w:t>Das ist KI.</w:t>
      </w:r>
    </w:p>
    <w:p>
      <w:r>
        <w:t>Ihr dürft jetzt Entscheiden: ist auf dem Bild KI oder nicht?</w:t>
      </w:r>
    </w:p>
    <w:p>
      <w:r>
        <w:t>Ihr findet unter Aufgabe 1. verschiedene Bilder</w:t>
      </w:r>
    </w:p>
    <w:p>
      <w:r>
        <w:t>Legt immer abwechselnd ein Bild hin. Ihr dürft gemeinsam drüber sprechen aber jedes Kind legt zwei Bilder hin</w:t>
      </w:r>
    </w:p>
    <w:p>
      <w:pPr>
        <w:pStyle w:val="Heading2"/>
      </w:pPr>
      <w:r>
        <w:t>Seite 3</w:t>
      </w:r>
    </w:p>
    <w:p>
      <w:r>
        <w:t>Nicht KI: KI:</w:t>
      </w:r>
    </w:p>
    <w:p>
      <w:r>
        <w:t>……………………………………………………………………………………………………………………………………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……………………………………………………………………………………………………………………………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3 aus dem Original, Seite 3 – Inhalt bitte im Original-PDF ansehen" title="Abbildung 3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625338"/>
            <wp:docPr id="4" name="Picture 4" descr="Abbildung 4 aus dem Original, Seite 3 – Inhalt bitte im Original-PDF ansehen" title="Abbildung 4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253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5 aus dem Original, Seite 3 – Inhalt bitte im Original-PDF ansehen" title="Abbildung 5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6 aus dem Original, Seite 3 – Inhalt bitte im Original-PDF ansehen" title="Abbildung 6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7 aus dem Original, Seite 3 – Inhalt bitte im Original-PDF ansehen" title="Abbildung 7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73097"/>
            <wp:docPr id="8" name="Picture 8" descr="Abbildung 8 aus dem Original, Seite 3 – Inhalt bitte im Original-PDF ansehen" title="Abbildung 8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730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9" name="Picture 9" descr="Abbildung 9 aus dem Original, Seite 3 – Inhalt bitte im Original-PDF ansehen" title="Abbildung 9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Aufgabe 2.</w:t>
      </w:r>
    </w:p>
    <w:p>
      <w:pPr>
        <w:pStyle w:val="ListBullet"/>
      </w:pPr>
      <w:r>
        <w:t>Öffne den Book Creator an dem IPad mit Aufgabe 2.</w:t>
      </w:r>
    </w:p>
    <w:p>
      <w:pPr>
        <w:pStyle w:val="ListBullet"/>
      </w:pPr>
      <w:r>
        <w:t>Kreuze an. Ist die Aussage richtig oder Falsch?</w:t>
      </w:r>
    </w:p>
    <w:p>
      <w:pPr>
        <w:pStyle w:val="ListBullet"/>
      </w:pPr>
      <w:r>
        <w:t>Jeder aus der Gruppe soll mindestens 2 mal ankreuzen</w:t>
      </w:r>
    </w:p>
    <w:p>
      <w:pPr>
        <w:pStyle w:val="Heading2"/>
      </w:pPr>
      <w:r>
        <w:t>Seite 5</w:t>
      </w:r>
    </w:p>
    <w:p>
      <w:r>
        <w:t>Aufgabe 3.</w:t>
      </w:r>
    </w:p>
    <w:p>
      <w:pPr>
        <w:pStyle w:val="Heading1"/>
      </w:pPr>
      <w:r>
        <w:t>Male deine</w:t>
      </w:r>
    </w:p>
    <w:p>
      <w:pPr>
        <w:pStyle w:val="Heading1"/>
      </w:pPr>
      <w:r>
        <w:t>Zukunfts– KI</w:t>
      </w:r>
    </w:p>
    <w:p>
      <w:r>
        <w:t>Einen Roboter - Taxifahrer der dich überall hinfährt?</w:t>
      </w:r>
    </w:p>
    <w:p>
      <w:r>
        <w:t>Räumst du gerne alleine dein Zimmer auf?</w:t>
      </w:r>
    </w:p>
    <w:p>
      <w:r>
        <w:t>Möchtest du gerne einen persönlichen Roboter haben der alles kann?</w:t>
      </w:r>
    </w:p>
    <w:p>
      <w:pPr>
        <w:pStyle w:val="Heading2"/>
      </w:pPr>
      <w:r>
        <w:t>Nutze Hierfür die bereitliegenden Stifte und</w:t>
      </w:r>
    </w:p>
    <w:p>
      <w:pPr>
        <w:pStyle w:val="Heading2"/>
      </w:pPr>
      <w:r>
        <w:t>Papier</w:t>
      </w:r>
    </w:p>
    <w:p>
      <w:r>
        <w:drawing>
          <wp:inline xmlns:a="http://schemas.openxmlformats.org/drawingml/2006/main" xmlns:pic="http://schemas.openxmlformats.org/drawingml/2006/picture">
            <wp:extent cx="5040000" cy="2880000"/>
            <wp:docPr id="10" name="Picture 10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pPr>
        <w:pStyle w:val="Heading1"/>
      </w:pPr>
      <w:r>
        <w:t>Glückwunsch</w:t>
      </w:r>
    </w:p>
    <w:p>
      <w:pPr>
        <w:pStyle w:val="Heading1"/>
      </w:pPr>
      <w:r>
        <w:t>!</w:t>
      </w:r>
    </w:p>
    <w:p>
      <w:pPr>
        <w:pStyle w:val="Heading1"/>
      </w:pPr>
      <w:r>
        <w:t>Ihr seid fertig</w:t>
      </w:r>
    </w:p>
    <w:p>
      <w:pPr>
        <w:pStyle w:val="Heading2"/>
      </w:pPr>
      <w:r>
        <w:t>Holt euch nun eure Belohnung bei der</w:t>
      </w:r>
    </w:p>
    <w:p>
      <w:pPr>
        <w:pStyle w:val="Heading2"/>
      </w:pPr>
      <w:r>
        <w:t>Betreuerin ab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Was-ist-KI-Stationen.pdf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