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DATENSCHUTZ</w:t>
      </w:r>
    </w:p>
    <w:p>
      <w:r>
        <w:t>Eure Aufgaben</w:t>
      </w:r>
    </w:p>
    <w:p>
      <w:r>
        <w:drawing>
          <wp:inline xmlns:a="http://schemas.openxmlformats.org/drawingml/2006/main" xmlns:pic="http://schemas.openxmlformats.org/drawingml/2006/picture">
            <wp:extent cx="5040000" cy="7872941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8729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Was sind persönliche Daten?</w:t>
      </w:r>
    </w:p>
    <w:p>
      <w:r>
        <w:t>Persönliche Daten sind Informationen über dich. Sie gehören nur dir.</w:t>
      </w:r>
    </w:p>
    <w:p>
      <w:r>
        <w:t>Dazu gehören:</w:t>
      </w:r>
    </w:p>
    <w:p>
      <w:r>
        <w:t>- dein Name</w:t>
      </w:r>
    </w:p>
    <w:p>
      <w:r>
        <w:t>- dein Geburtstag</w:t>
      </w:r>
    </w:p>
    <w:p>
      <w:r>
        <w:t>- deine Adresse</w:t>
      </w:r>
    </w:p>
    <w:p>
      <w:r>
        <w:t>- deine Telefonnummer</w:t>
      </w:r>
    </w:p>
    <w:p>
      <w:r>
        <w:drawing>
          <wp:inline xmlns:a="http://schemas.openxmlformats.org/drawingml/2006/main" xmlns:pic="http://schemas.openxmlformats.org/drawingml/2006/picture">
            <wp:extent cx="5040000" cy="3611648"/>
            <wp:docPr id="3" name="Picture 3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116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Aufgabe 1.</w:t>
      </w:r>
    </w:p>
    <w:p>
      <w:r>
        <w:t>Persönliche Daten erkennen</w:t>
      </w:r>
    </w:p>
    <w:p>
      <w:r>
        <w:t>Male auf dem Arbeitsbogen alle Dinge in Grün an, die persönliche Daten beinhalten</w:t>
      </w:r>
    </w:p>
    <w:p>
      <w:r>
        <w:t>Wenn du noch einmal wiederholen möchtest was Persönliche Daten sind, schaue auf die Vorherige Seite!</w:t>
      </w:r>
    </w:p>
    <w:p>
      <w:r>
        <w:drawing>
          <wp:inline xmlns:a="http://schemas.openxmlformats.org/drawingml/2006/main" xmlns:pic="http://schemas.openxmlformats.org/drawingml/2006/picture">
            <wp:extent cx="5040000" cy="3696000"/>
            <wp:docPr id="4" name="Picture 4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Aufgabe 2.</w:t>
      </w:r>
    </w:p>
    <w:p>
      <w:pPr>
        <w:pStyle w:val="Heading1"/>
      </w:pPr>
      <w:r>
        <w:t>Kurze</w:t>
      </w:r>
    </w:p>
    <w:p>
      <w:pPr>
        <w:pStyle w:val="Heading1"/>
      </w:pPr>
      <w:r>
        <w:t>Bildergeschichte</w:t>
      </w:r>
    </w:p>
    <w:p>
      <w:r>
        <w:t>Schaue dir mit deiner Gruppe im Book Creator die Aufgabe 2. an</w:t>
      </w:r>
    </w:p>
    <w:p>
      <w:r>
        <w:drawing>
          <wp:inline xmlns:a="http://schemas.openxmlformats.org/drawingml/2006/main" xmlns:pic="http://schemas.openxmlformats.org/drawingml/2006/picture">
            <wp:extent cx="5040000" cy="2849745"/>
            <wp:docPr id="5" name="Picture 5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497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Aufgabe 3.</w:t>
      </w:r>
    </w:p>
    <w:p>
      <w:r>
        <w:t>Daten-Schutz-Dedektive</w:t>
      </w:r>
    </w:p>
    <w:p>
      <w:r>
        <w:t>Du sollst entscheiden. Ist die Aussage eine gute Idee oder eine schlechte Idee.</w:t>
      </w:r>
    </w:p>
    <w:p>
      <w:r>
        <w:t>Entscheidet als Gruppe!</w:t>
      </w:r>
    </w:p>
    <w:p>
      <w:r>
        <w:t>Gute Idee Schlechte Idee</w:t>
      </w:r>
    </w:p>
    <w:p>
      <w:r>
        <w:t>x| ©</w:t>
      </w:r>
    </w:p>
    <w:p>
      <w:r>
        <w:t>Ankreuzen:</w:t>
      </w:r>
    </w:p>
    <w:p>
      <w:r>
        <w:drawing>
          <wp:inline xmlns:a="http://schemas.openxmlformats.org/drawingml/2006/main" xmlns:pic="http://schemas.openxmlformats.org/drawingml/2006/picture">
            <wp:extent cx="5040000" cy="3761516"/>
            <wp:docPr id="6" name="Picture 6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615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Aufgabe 4</w:t>
      </w:r>
    </w:p>
    <w:p>
      <w:r>
        <w:t>Ihr habt noch Zeit? X</w:t>
      </w:r>
    </w:p>
    <w:p>
      <w:r>
        <w:t>Dann dürft ihr jetzt:</w:t>
      </w:r>
    </w:p>
    <w:p>
      <w:r>
        <w:t>1. Die Schatztruhe auf dem Arbeitsbogen ausmalen</w:t>
      </w:r>
    </w:p>
    <w:p>
      <w:r>
        <w:t>2. In die Schatztruhe eure persönliche Daten malen oder schreiben</w:t>
      </w:r>
    </w:p>
    <w:p>
      <w:r>
        <w:drawing>
          <wp:inline xmlns:a="http://schemas.openxmlformats.org/drawingml/2006/main" xmlns:pic="http://schemas.openxmlformats.org/drawingml/2006/picture">
            <wp:extent cx="5040000" cy="3596987"/>
            <wp:docPr id="7" name="Picture 7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969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832000"/>
            <wp:docPr id="8" name="Picture 8" descr="Abbildung 2 aus dem Original, Seite 6 – Inhalt bitte im Original-PDF ansehen" title="Abbildung 2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8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1354500"/>
            <wp:docPr id="9" name="Picture 9" descr="Abbildung 3 aus dem Original, Seite 6 – Inhalt bitte im Original-PDF ansehen" title="Abbildung 3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5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1374545"/>
            <wp:docPr id="10" name="Picture 10" descr="Abbildung 4 aus dem Original, Seite 6 – Inhalt bitte im Original-PDF ansehen" title="Abbildung 4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7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olt euch nun bei der Betreuerin eure Belohnung ab!</w:t>
      </w:r>
    </w:p>
    <w:p>
      <w:r>
        <w:drawing>
          <wp:inline xmlns:a="http://schemas.openxmlformats.org/drawingml/2006/main" xmlns:pic="http://schemas.openxmlformats.org/drawingml/2006/picture">
            <wp:extent cx="5040000" cy="3846972"/>
            <wp:docPr id="11" name="Picture 11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469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datenschutz-Aufgaben.pdf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