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 Spione Ausweise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Ausweis</w:t>
      </w:r>
    </w:p>
    <w:p>
      <w:r>
        <w:t>Ausweis Name: Geburtsort: Geburtsdatum: Geburtsdatum:</w:t>
      </w:r>
    </w:p>
    <w:p>
      <w:r>
        <w:t>Schule: Schule:</w:t>
      </w:r>
    </w:p>
    <w:p>
      <w:r>
        <w:t>Ausweis</w:t>
      </w:r>
    </w:p>
    <w:p>
      <w:r>
        <w:t>Name: Geburtsort: Geburtsdatum: Adresse: Schule:</w:t>
      </w:r>
    </w:p>
    <w:p>
      <w:r>
        <w:t>Ausweis</w:t>
      </w:r>
    </w:p>
    <w:p>
      <w:r>
        <w:t>Geburtsort: Geburtsdatum: Adresse: Schule:</w:t>
      </w:r>
    </w:p>
    <w:p>
      <w:r>
        <w:t>Ausweis Ausweis</w:t>
      </w:r>
    </w:p>
    <w:p>
      <w:r>
        <w:t>Name: Geburtsort: Geburtsdatum: Adresse: Schule:</w:t>
      </w:r>
    </w:p>
    <w:p>
      <w:r>
        <w:t>Geburtsort: Geburtsdatum:</w:t>
      </w:r>
    </w:p>
    <w:p>
      <w:r>
        <w:t>Schule:</w:t>
      </w:r>
    </w:p>
    <w:p>
      <w:r/>
    </w:p>
    <w:p>
      <w:r/>
    </w:p>
    <w:p>
      <w:r/>
    </w:p>
    <w:p>
      <w:r/>
    </w:p>
    <w:p>
      <w:r/>
    </w:p>
    <w:p>
      <w:r/>
    </w:p>
    <w:p>
      <w:pPr>
        <w:pStyle w:val="Heading2"/>
      </w:pPr>
      <w:r>
        <w:t>Seite 2</w:t>
      </w:r>
    </w:p>
    <w:p>
      <w:r>
        <w:t>Fisal Fi</w:t>
      </w:r>
    </w:p>
    <w:p>
      <w:r/>
    </w:p>
    <w:p>
      <w:r/>
    </w:p>
    <w:p>
      <w:r/>
    </w:p>
    <w:p>
      <w:r/>
    </w:p>
    <w:p>
      <w:r/>
    </w:p>
    <w:p>
      <w:r/>
    </w:p>
    <w:p>
      <w:pPr>
        <w:pStyle w:val="Heading2"/>
      </w:pPr>
      <w:r>
        <w:t>Seite 3</w:t>
      </w:r>
    </w:p>
    <w:p>
      <w:r>
        <w:t>C) () | CC-BY Bianca Zidarescu 2024</w:t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KI-Spione-Ausweise.pdf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 Spione Ausweise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