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KI-Spione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r>
        <w:t>KI-Spione in der digitalen Welt</w:t>
      </w:r>
    </w:p>
    <w:p>
      <w:r/>
    </w:p>
    <w:p>
      <w:r/>
    </w:p>
    <w:p>
      <w:pPr>
        <w:pStyle w:val="Heading2"/>
      </w:pPr>
      <w:r>
        <w:t>Seite 2</w:t>
      </w:r>
    </w:p>
    <w:p>
      <w:r>
        <w:t>Hallo, KI-Spione! Hört euch alle Spielregeln genau an und haltet euch an die Anweisungen, um eure heutigen Missionen zu erfüllen!</w:t>
      </w:r>
    </w:p>
    <w:p>
      <w:pPr>
        <w:pStyle w:val="ListBullet"/>
      </w:pPr>
      <w:r>
        <w:t>Immer als Team arbeiten!</w:t>
      </w:r>
    </w:p>
    <w:p>
      <w:pPr>
        <w:pStyle w:val="ListBullet"/>
      </w:pPr>
      <w:r>
        <w:t>Seid so leise wie Spione!</w:t>
      </w:r>
    </w:p>
    <w:p>
      <w:r>
        <w:t>Regeln:</w:t>
      </w:r>
    </w:p>
    <w:p>
      <w:r/>
    </w:p>
    <w:p>
      <w:r/>
    </w:p>
    <w:p>
      <w:pPr>
        <w:pStyle w:val="Heading2"/>
      </w:pPr>
      <w:r>
        <w:t>Seite 3</w:t>
      </w:r>
    </w:p>
    <w:p>
      <w:pPr>
        <w:pStyle w:val="ListBullet"/>
      </w:pPr>
      <w:r>
        <w:t>Missionen können nur erfüllt werden, wenn ihr euch an die Anweisungen auf den Missionskarten haltet!</w:t>
      </w:r>
    </w:p>
    <w:p>
      <w:pPr>
        <w:pStyle w:val="ListBullet"/>
      </w:pPr>
      <w:r>
        <w:t>Die Missionskarten müssen auf mindestens einem iPad von euch als Text geöûnet werden!</w:t>
      </w:r>
    </w:p>
    <w:p>
      <w:r>
        <w:t>Schnappt euch jetzt den schwarzen Ordner vom Tisch und beginnt mit eurer ersten Mission! Viel Erfolg!</w:t>
      </w:r>
    </w:p>
    <w:p>
      <w:r/>
    </w:p>
    <w:p>
      <w:r/>
    </w:p>
    <w:p>
      <w:r/>
    </w:p>
    <w:p>
      <w:r>
        <w:rPr>
          <w:i/>
        </w:rPr>
        <w:t>Hinweis: Teile des Textes wurden per automatischer Texterkennung aus Bildern übernommen und können Fehler enthalten.</w:t>
      </w:r>
    </w:p>
    <w:p>
      <w:r>
        <w:rPr>
          <w:i/>
        </w:rPr>
        <w:t>Quelle: KI-Spione-Regeln-Book-Creator.pdf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KI-Spione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