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 Spione Ueberblick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1"/>
      </w:pPr>
      <w:r>
        <w:t>ÜBERBLICK</w:t>
      </w:r>
    </w:p>
    <w:p>
      <w:pPr>
        <w:pStyle w:val="Heading2"/>
      </w:pPr>
      <w:r>
        <w:t>1.MISSIONSKARTE</w:t>
      </w:r>
    </w:p>
    <w:p>
      <w:r>
        <w:t>ENTSCHLÜSSELN VON DEN PERSÖNLICHEN DATEN DER 6 JUGENDLICHEN</w:t>
      </w:r>
    </w:p>
    <w:p>
      <w:pPr>
        <w:pStyle w:val="Heading2"/>
      </w:pPr>
      <w:r>
        <w:t>2.MISSIONSKARTE</w:t>
      </w:r>
    </w:p>
    <w:p>
      <w:r>
        <w:t>REFLEXION ÜBER DAS FREIGEBEN VON PERSÖNLICHEN DATEN AN DIE KI</w:t>
      </w:r>
    </w:p>
    <w:p>
      <w:pPr>
        <w:pStyle w:val="Heading2"/>
      </w:pPr>
      <w:r>
        <w:t>5.MISSIONSKARTE</w:t>
      </w:r>
    </w:p>
    <w:p>
      <w:r>
        <w:t>FINALE REFLEXION: NACHRICHT AN DIE 6 JUGENDLICHEN FORMULIEREN</w:t>
      </w:r>
    </w:p>
    <w:p>
      <w:pPr>
        <w:pStyle w:val="Heading2"/>
      </w:pPr>
      <w:r>
        <w:t>KI-SPIONE</w:t>
      </w:r>
    </w:p>
    <w:p>
      <w:pPr>
        <w:pStyle w:val="Heading2"/>
      </w:pPr>
      <w:r>
        <w:t>IN DER DIGITALEN WELT</w:t>
      </w:r>
    </w:p>
    <w:p>
      <w:r>
        <w:t>7 MIN</w:t>
      </w:r>
    </w:p>
    <w:p>
      <w:r>
        <w:t>5 MIN</w:t>
      </w:r>
    </w:p>
    <w:p>
      <w:r>
        <w:t>3 MIN</w:t>
      </w:r>
    </w:p>
    <w:p>
      <w:r>
        <w:t>7 MIN</w:t>
      </w:r>
    </w:p>
    <w:p>
      <w:r>
        <w:t>8 MIN</w:t>
      </w:r>
    </w:p>
    <w:p>
      <w:r>
        <w:t>6 Jugendliche haben der KI viele</w:t>
      </w:r>
    </w:p>
    <w:p>
      <w:r>
        <w:t>persönliche Daten anvertraut. 5 Missionen sind zu erfüllen, um</w:t>
      </w:r>
    </w:p>
    <w:p>
      <w:r>
        <w:t>den Jugendlichen zu helfen !</w:t>
      </w:r>
    </w:p>
    <w:p>
      <w:pPr>
        <w:pStyle w:val="Heading2"/>
      </w:pPr>
      <w:r>
        <w:t>3.MISSIONSKARTE</w:t>
      </w:r>
    </w:p>
    <w:p>
      <w:r>
        <w:t>LERNVIDEO ÜBER DATENSCHUTZ UND KI MIT DEM FOKUS AUF PERSÖNLICHEN DATEN</w:t>
      </w:r>
    </w:p>
    <w:p>
      <w:pPr>
        <w:pStyle w:val="Heading2"/>
      </w:pPr>
      <w:r>
        <w:t>4.MISSIONSKARTE</w:t>
      </w:r>
    </w:p>
    <w:p>
      <w:r>
        <w:t>LERNSPIEL: WELCHE DATEN DÜRFEN DER KI ANVERTRAUT WERDEN?</w:t>
      </w:r>
    </w:p>
    <w:p>
      <w:r>
        <w:t>CC-BY Bianca Zidarescu 2024</w:t>
      </w:r>
    </w:p>
    <w:p>
      <w:r>
        <w:rPr>
          <w:i/>
        </w:rPr>
        <w:t>Quelle: KI-Spione-Ueberblick.pdf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 Spione Ueberblick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