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vs. Mensch Hilfskarten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KI VS. MENSCH</w:t>
      </w:r>
    </w:p>
    <w:p>
      <w:pPr>
        <w:pStyle w:val="Heading2"/>
      </w:pPr>
      <w:r>
        <w:t>Hilfskarten - Fragen für das Interview</w:t>
      </w:r>
    </w:p>
    <w:p>
      <w:pPr>
        <w:pStyle w:val="Heading1"/>
      </w:pPr>
      <w:r>
        <w:t>Team KI</w:t>
      </w:r>
    </w:p>
    <w:p>
      <w:r>
        <w:t>Was kannst du besser als der Mensch?</w:t>
      </w:r>
    </w:p>
    <w:p>
      <w:r>
        <w:t>Wo stößt du an deine Grenzen?</w:t>
      </w:r>
    </w:p>
    <w:p>
      <w:r>
        <w:t>Denkst du, dass du den Menschen in Zukunft</w:t>
      </w:r>
    </w:p>
    <w:p>
      <w:r>
        <w:t>ersetzen kannst?</w:t>
      </w:r>
    </w:p>
    <w:p>
      <w:r>
        <w:t>Kannst du kreativ sein? Wenn ja, wie?</w:t>
      </w:r>
    </w:p>
    <w:p>
      <w:r>
        <w:t>Bist du sportlich? Hast du Gefühle? Warum oder warum nicht?</w:t>
      </w:r>
    </w:p>
    <w:p>
      <w:pPr>
        <w:pStyle w:val="Heading1"/>
      </w:pPr>
      <w:r>
        <w:t>Team Mensch</w:t>
      </w:r>
    </w:p>
    <w:p>
      <w:r>
        <w:t>Was kannst du besser als</w:t>
      </w:r>
    </w:p>
    <w:p>
      <w:r>
        <w:t>eine KI?</w:t>
      </w:r>
    </w:p>
    <w:p>
      <w:r>
        <w:t>Wo stößt du an deine</w:t>
      </w:r>
    </w:p>
    <w:p>
      <w:r>
        <w:t>Grenzen?</w:t>
      </w:r>
    </w:p>
    <w:p>
      <w:r>
        <w:t>Bist du schlauer als eine KI?</w:t>
      </w:r>
    </w:p>
    <w:p>
      <w:r>
        <w:t>Warum oder warum nicht?</w:t>
      </w:r>
    </w:p>
    <w:p>
      <w:r>
        <w:t>Bist du in einem Team</w:t>
      </w:r>
    </w:p>
    <w:p>
      <w:r>
        <w:t>stärker als alleine? Wieso?</w:t>
      </w:r>
    </w:p>
    <w:p>
      <w:r>
        <w:t>Welche Aufgaben überlässt</w:t>
      </w:r>
    </w:p>
    <w:p>
      <w:r>
        <w:t>du lieber einer KI?</w:t>
      </w:r>
    </w:p>
    <w:p>
      <w:r>
        <w:t>Wie wichtig sind Gefühle in</w:t>
      </w:r>
    </w:p>
    <w:p>
      <w:r>
        <w:t>deinem Leben?</w:t>
      </w:r>
    </w:p>
    <w:p>
      <w:r>
        <w:t>CC-BY Bianca Zidarescu 2025</w:t>
      </w:r>
    </w:p>
    <w:p>
      <w:r>
        <w:drawing>
          <wp:inline xmlns:a="http://schemas.openxmlformats.org/drawingml/2006/main" xmlns:pic="http://schemas.openxmlformats.org/drawingml/2006/picture">
            <wp:extent cx="5040000" cy="189913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99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KI-vs.-Mensch-Hilfskarten-1.pdf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vs. Mensch Hilfskarten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