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 1.1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CC-By Rahel M. Schneider</w:t>
      </w:r>
    </w:p>
    <w:p>
      <w:pPr>
        <w:pStyle w:val="Heading2"/>
      </w:pPr>
      <w:r>
        <w:t>Fragebogen zum Steckbrief</w:t>
      </w:r>
    </w:p>
    <w:p>
      <w:r>
        <w:t>1.Name ___________________________________ 2.Alter____________________________________ 3.Wohnort________________________________</w:t>
      </w:r>
    </w:p>
    <w:p>
      <w:r>
        <w:t>4.Das ist mir wichtig in einer Beziehung oEhrlichkeit oVertrauen oSpaß oSauberkeit oNähe</w:t>
      </w:r>
    </w:p>
    <w:p>
      <w:r>
        <w:t>5.Was sind deine Hobbys? oWandern oMusik machen oTanzen oZocken oSport oBasteln oKochen/Backen oShoppen</w:t>
      </w:r>
    </w:p>
    <w:p>
      <w:r>
        <w:t>6.Was sind deine Interessen? oAutos oTiere oAstronomie (Sternzeichen) oFilme oComputer oMedizin oKleidung</w:t>
      </w:r>
    </w:p>
    <w:p>
      <w:r>
        <w:t>7.Was ist dein Lieblingstier? oHund oKatze oMaus oSchildkröte oAffe oDelfin</w:t>
      </w:r>
    </w:p>
    <w:p>
      <w:pPr>
        <w:pStyle w:val="Heading2"/>
      </w:pPr>
      <w:r>
        <w:t>Seite 2</w:t>
      </w:r>
    </w:p>
    <w:p>
      <w:r>
        <w:t>CC-By Rahel M. Schneider</w:t>
      </w:r>
    </w:p>
    <w:p>
      <w:r>
        <w:t>8.Was ist deine Lieblingsmusik? oRock oKlassik oPop oReggae oSinger/Songwriter oMetal</w:t>
      </w:r>
    </w:p>
    <w:p>
      <w:r>
        <w:t>9.Was ist dein Lieblingsessen? oSalat oBurger oPizza oAsiatisch</w:t>
      </w:r>
    </w:p>
    <w:p>
      <w:r>
        <w:t>10.Was ist deine Lieblingsjahreszeit? oFrühling oSommer oHerbst oWinter</w:t>
      </w:r>
    </w:p>
    <w:p>
      <w:r>
        <w:t>11.Wie würdest du gern Leben? oAuf dem Land oIn der Stadt oViel Reisen oIm Van/Wohnmobil</w:t>
      </w:r>
    </w:p>
    <w:p>
      <w:r>
        <w:t>12.Was ist dein Traumziel? oSpanien oTürkei oFrankreich oGriechenland oÄgypten</w:t>
      </w:r>
    </w:p>
    <w:p>
      <w:r>
        <w:rPr>
          <w:i/>
        </w:rPr>
        <w:t>Quelle: Material-1.1.pdf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1.1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