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Material 2.1 – barrierefreie Fassung</w:t>
      </w:r>
    </w:p>
    <w:p>
      <w:r>
        <w:rPr>
          <w:i/>
        </w:rPr>
        <w:t>Diese Fassung wurde automatisch aus dem Original-PDF erstellt, damit der Inhalt mit Screenreadern lesbar, vergrößerbar und anpassbar ist. Layout, Farben und Gestaltung weichen vom Original ab; Bilder tragen nur einen Platzhalter-Alternativtext. Bei Bedarf beide Fassungen nebeneinander nutzen.</w:t>
      </w:r>
    </w:p>
    <w:p>
      <w:pPr>
        <w:pStyle w:val="Heading2"/>
      </w:pPr>
      <w:r>
        <w:t>Seite 1</w:t>
      </w:r>
    </w:p>
    <w:p>
      <w:r>
        <w:t>CCBy Rahel M. Schneider</w:t>
      </w:r>
    </w:p>
    <w:p>
      <w:r>
        <w:t>Name: Markus Alter: 17 Wohnort: München Lieblingstier: Hund Lieblingsessen: Salat Wichtig in einer Beziehung: Ehrlichkeit, Vertrauen Hobbys: Wandern, Sport Interessen: Tiere, Medizin Lieblingsmusik: Singer/Songwriter Lieblingsjahreszeit: Frühling Leben: Auf dem Land Traumurlaubsziel: Griechenland</w:t>
      </w:r>
    </w:p>
    <w:p>
      <w:r>
        <w:t>Name: Markus Alter: 17 Wohnort: München Lieblingstier: Hund Lieblingsessen: Salat Wichtig in einer Beziehung: Ehrlichkeit, Vertrauen Hobbys: Wandern, Sport Interessen: Tiere, Medizin Lieblingsmusik: Singer/Songwriter Lieblingsjahreszeit: Frühling Leben: Auf dem Land Traumurlaubsziel: Griechenland</w:t>
      </w:r>
    </w:p>
    <w:p>
      <w:r>
        <w:t>Name: Laura Alter: 19 Wohnort: Hamburg Lieblingstier: Katze Lieblingsessen: Asiatisch Wichtig in einer Beziehung: Spaß, Nähe Hobbys: Wandern, tanzen Interessen: Astronomie Lieblingsmusik: Rock Lieblingsjahreszeit: Sommer Leben: Van/Wohnmobil Traumurlaubsziel: Spanien</w:t>
      </w:r>
    </w:p>
    <w:p>
      <w:r>
        <w:t>Name: Laura Alter: 19 Wohnort: Hamburg Lieblingstier: Katze Lieblingsessen: Asiatisch Wichtig in einer Beziehung: Spaß, Nähe Hobbys: Wandern, tanzen Interessen: Astronomie Lieblingsmusik: Rock Lieblingsjahreszeit: Sommer Leben: Van/Wohnmobil Traumurlaubsziel: Spanien</w:t>
      </w:r>
    </w:p>
    <w:p>
      <w:r>
        <w:t>Name: Laura Alter: 19 Wohnort: Hamburg Lieblingstier: Katze Lieblingsessen: Asiatisch Wichtig in einer Beziehung: Spaß, Nähe Hobbys: Wandern, tanzen Interessen: Astronomie Lieblingsmusik: Rock Lieblingsjahreszeit: Sommer Leben: Van/Wohnmobil Traumurlaubsziel: Spanien</w:t>
      </w:r>
    </w:p>
    <w:p>
      <w:r>
        <w:t>Name: Laura Alter: 19 Wohnort: Hamburg Lieblingstier: Katze Lieblingsessen: Asiatisch Wichtig in einer Beziehung: Spaß, Nähe Hobbys: Wandern, tanzen Interessen: Astronomie Lieblingsmusik: Rock Lieblingsjahreszeit: Sommer Leben: Van/Wohnmobil Traumurlaubsziel: Spanien</w:t>
      </w:r>
    </w:p>
    <w:p>
      <w:pPr>
        <w:pStyle w:val="Heading2"/>
      </w:pPr>
      <w:r>
        <w:t>Seite 2</w:t>
      </w:r>
    </w:p>
    <w:p>
      <w:r>
        <w:t>CCBy Rahel M. Schneider</w:t>
      </w:r>
    </w:p>
    <w:p>
      <w:r>
        <w:t>Name: Tim Alter: 18 Wohnort: Freiburg Lieblingstier: Schildkröte Lieblingsessen: Salat Wichtig in einer Beziehung: Ehrlichkeit Hobbys: Wandern, Sport Interessen: Tiere, Astronomie Lieblingsmusik: Rock Lieblingsjahreszeit: Herbst Leben: Auf dem Land Traumurlaubsziel: Griechenland</w:t>
      </w:r>
    </w:p>
    <w:p>
      <w:r>
        <w:t>Name: Tim Alter: 18 Wohnort: Freiburg Lieblingstier: Schildkröte Lieblingsessen: Salat Wichtig in einer Beziehung: Ehrlichkeit Hobbys: Wandern, Sport Interessen: Tiere, Astronomie Lieblingsmusik: Rock Lieblingsjahreszeit: Herbst Leben: Auf dem Land Traumurlaubsziel: Griechenland</w:t>
      </w:r>
    </w:p>
    <w:p>
      <w:r>
        <w:t>Name: Tim Alter: 18 Wohnort: Freiburg Lieblingstier: Schildkröte Lieblingsessen: Salat Wichtig in einer Beziehung: Ehrlichkeit Hobbys: Wandern, Sport Interessen: Tiere, Astronomie Lieblingsmusik: Rock Lieblingsjahreszeit: Herbst Leben: Auf dem Land Traumurlaubsziel: Griechenland</w:t>
      </w:r>
    </w:p>
    <w:p>
      <w:r>
        <w:t>Name: Anna Alter: 20 Wohnort: Bremen Lieblingstier: Delfin Lieblingsessen: Kloß mit Rotkraut Wichtig in einer Beziehung: Vertrauen Hobbys: Wandern, kochen/backen Interessen: Medizin, Tiere Lieblingsmusik: Singer/Songwriter Lieblingsjahreszeit: Frühling Leben: Van/Wohnmobil Traumurlaubsziel: Spanien</w:t>
      </w:r>
    </w:p>
    <w:p>
      <w:r>
        <w:t>Name: Anna Alter: 20 Wohnort: Bremen Lieblingstier: Delfin Lieblingsessen: Kloß mit Rotkraut Wichtig in einer Beziehung: Vertrauen Hobbys: Wandern, kochen/backen Interessen: Medizin, Tiere Lieblingsmusik: Singer/Songwriter Lieblingsjahreszeit: Frühling Leben: Van/Wohnmobil Traumurlaubsziel: Spanien</w:t>
      </w:r>
    </w:p>
    <w:p>
      <w:r>
        <w:t>Name: Jonas Alter: 18 Wohnort: Zürich Lieblingstier: Katze Lieblingsessen: Asiatisch Wichtig in einer Beziehung: Nähe Hobbys: Sport, tanzen Interessen: Astronomie Lieblingsmusik: Rock Lieblingsjahreszeit: Sommer Leben: Auf dem Land Traumurlaubsziel: Türkei</w:t>
      </w:r>
    </w:p>
    <w:p>
      <w:pPr>
        <w:pStyle w:val="Heading2"/>
      </w:pPr>
      <w:r>
        <w:t>Seite 3</w:t>
      </w:r>
    </w:p>
    <w:p>
      <w:r>
        <w:t>CCBy Rahel M. Schneider</w:t>
      </w:r>
    </w:p>
    <w:p>
      <w:r>
        <w:t>Name: Jonas Alter: 18 Wohnort: Zürich Lieblingstier: Katze Lieblingsessen: Asiatisch Wichtig in einer Beziehung: Nähe Hobbys: Sport, tanzen Interessen: Astronomie Lieblingsmusik: Rock Lieblingsjahreszeit: Sommer Leben: Auf dem Land Traumurlaubsziel: Türkei</w:t>
      </w:r>
    </w:p>
    <w:p>
      <w:r>
        <w:t>Name: Jonas Alter: 18 Wohnort: Zürich Lieblingstier: Katze Lieblingsessen: Asiatisch Wichtig in einer Beziehung: Nähe Hobbys: Sport, tanzen Interessen: Astronomie Lieblingsmusik: Rock Lieblingsjahreszeit: Sommer Leben: Auf dem Land Traumurlaubsziel: Türkei</w:t>
      </w:r>
    </w:p>
    <w:p>
      <w:r>
        <w:t>Name: Felix Alter: 17 Wohnort: Berlin Lieblingstier: Katze Lieblingsessen: Pizza Wichtig in einer Beziehung: Vertrauen, Spaß Hobbys: Musik machen, kochen/backen Interessen: Filme, Kleidung Lieblingsmusik: Klassisch Lieblingsjahreszeit: Herbst Leben: Stadt Traumurlaubsziel: Frankreich</w:t>
      </w:r>
    </w:p>
    <w:p>
      <w:r>
        <w:t>Name: Felix Alter: 17 Wohnort: Berlin Lieblingstier: Katze Lieblingsessen: Pizza Wichtig in einer Beziehung: Vertrauen, Spaß Hobbys: Musik machen, kochen/backen Interessen: Filme, Kleidung Lieblingsmusik: Klassisch Lieblingsjahreszeit: Herbst Leben: Stadt Traumurlaubsziel: Frankreich</w:t>
      </w:r>
    </w:p>
    <w:p>
      <w:r>
        <w:t>Name: Sophie Alter: 21 Wohnort: Hamburg Lieblingstier: Schildkröte Lieblingsessen: Burger Wichtig in einer Beziehung: Witze Hobbys: Shoppen, zocken Interessen: Computer, Kleidung Lieblingsmusik: Pop Lieblingsjahreszeit: Winter Leben: Stadt Traumurlaubsziel: Türkei</w:t>
      </w:r>
    </w:p>
    <w:p>
      <w:r>
        <w:t>Name: Sophie Alter: 21 Wohnort: Hamburg Lieblingstier: Schildkröte Lieblingsessen: Burger Wichtig in einer Beziehung: Witze Hobbys: Shoppen, zocken Interessen: Computer, Kleidung Lieblingsmusik: Pop Lieblingsjahreszeit: Winter Leben: Stadt Traumurlaubsziel: Türkei</w:t>
      </w:r>
    </w:p>
    <w:p>
      <w:pPr>
        <w:pStyle w:val="Heading2"/>
      </w:pPr>
      <w:r>
        <w:t>Seite 4</w:t>
      </w:r>
    </w:p>
    <w:p>
      <w:r>
        <w:t>CCBy Rahel M. Schneider</w:t>
      </w:r>
    </w:p>
    <w:p>
      <w:r>
        <w:t>Name: Sophie Alter: 21 Wohnort: Hamburg Lieblingstier: Schildkröte Lieblingsessen: Burger Wichtig in einer Beziehung: Witze Hobbys: Shoppen, zocken Interessen: Computer, Kleidung Lieblingsmusik: Pop Lieblingsjahreszeit: Winter Leben: Stadt Traumurlaubsziel: Türkei</w:t>
      </w:r>
    </w:p>
    <w:p>
      <w:r>
        <w:t>Name: Max Alter: 17 Wohnort: Hamburg Lieblingstier: Katze Lieblingsessen: Pizza Wichtig in einer Beziehung: Spaß Hobbys: zocken, shoppen Interessen: Computer, Filme Lieblingsmusik: Pop Lieblingsjahreszeit: Winter Leben: Stadt Traumurlaubsziel: Frankreich</w:t>
      </w:r>
    </w:p>
    <w:p>
      <w:r>
        <w:t>Name: Max Alter: 17 Wohnort: Hamburg Lieblingstier: Katze Lieblingsessen: Pizza Wichtig in einer Beziehung: Spaß Hobbys: zocken, shoppen Interessen: Computer, Filme Lieblingsmusik: Pop Lieblingsjahreszeit: Winter Leben: Stadt Traumurlaubsziel: Frankreich</w:t>
      </w:r>
    </w:p>
    <w:p>
      <w:r>
        <w:t>Name: Max Alter: 17 Wohnort: Hamburg Lieblingstier: Katze Lieblingsessen: Pizza Wichtig in einer Beziehung: Spaß Hobbys: zocken, shoppen Interessen: Computer, Filme Lieblingsmusik: Pop Lieblingsjahreszeit: Winter Leben: Stadt Traumurlaubsziel: Frankreich</w:t>
      </w:r>
    </w:p>
    <w:p>
      <w:r>
        <w:t>Name: Max Alter: 17 Wohnort: Hamburg Lieblingstier: Katze Lieblingsessen: Pizza Wichtig in einer Beziehung: Spaß Hobbys: zocken, shoppen Interessen: Computer, Filme Lieblingsmusik: Pop Lieblingsjahreszeit: Winter Leben: Stadt Traumurlaubsziel: Frankreich</w:t>
      </w:r>
    </w:p>
    <w:p>
      <w:r>
        <w:t>Name: Lisa Alter: 23 Wohnort: Berlin Lieblingstier: Maus Lieblingsessen: Burger Wichtig in einer Beziehung: Witze Hobbys: Shoppen, basteln Interessen: Kleidung, Computer Lieblingsmusik: Metal Lieblingsjahreszeit: Herbst Leben: Stadt Traumurlaubsziel: Ägypten</w:t>
      </w:r>
    </w:p>
    <w:p>
      <w:pPr>
        <w:pStyle w:val="Heading2"/>
      </w:pPr>
      <w:r>
        <w:t>Seite 5</w:t>
      </w:r>
    </w:p>
    <w:p>
      <w:r>
        <w:t>CCBy Rahel M. Schneider</w:t>
      </w:r>
    </w:p>
    <w:p>
      <w:r>
        <w:t>Name: Lisa Alter: 23 Wohnort: Berlin Lieblingstier: Maus Lieblingsessen: Burger Wichtig in einer Beziehung: Witze Hobbys: Shoppen, basteln Interessen: Kleidung, Computer Lieblingsmusik: Metal Lieblingsjahreszeit: Herbst Leben: Stadt Traumurlaubsziel: Ägypten</w:t>
      </w:r>
    </w:p>
    <w:p>
      <w:r>
        <w:t>Name: David Alter: 19 Wohnort: Husum Lieblingstier: Affe Lieblingsessen: Pizza Wichtig in einer Beziehung: Sauberkeit Hobbys: zocken, Sport Interessen: Filme, Astronomie Lieblingsmusik: Klassisch Lieblingsjahreszeit: Winter Leben: Stadt Traumurlaubsziel: Spanien</w:t>
      </w:r>
    </w:p>
    <w:p>
      <w:r>
        <w:t>Name: David Alter: 19 Wohnort: Husum Lieblingstier: Affe Lieblingsessen: Pizza Wichtig in einer Beziehung: Sauberkeit Hobbys: zocken, Sport Interessen: Filme, Astronomie Lieblingsmusik: Klassisch Lieblingsjahreszeit: Winter Leben: Stadt Traumurlaubsziel: Spanien</w:t>
      </w:r>
    </w:p>
    <w:p>
      <w:r>
        <w:t>Name: Lukas Alter: 19 Wohnort: Frankfurt Lieblingstier: Affe Lieblingsessen: Asiatisch Wichtig in einer Beziehung: Spaß, Vertrauen Hobbys: Sport, tanzen, basteln Interessen: Astronomie, Filme Lieblingsmusik: Reggae Lieblingsjahreszeit: Sommer Leben: viel Reisen Traumurlaubsziel: Ägypten</w:t>
      </w:r>
    </w:p>
    <w:p>
      <w:r>
        <w:t>Name: Lukas Alter: 19 Wohnort: Frankfurt Lieblingstier: Affe Lieblingsessen: Asiatisch Wichtig in einer Beziehung: Spaß, Vertrauen Hobbys: Sport, tanzen, basteln Interessen: Astronomie, Filme Lieblingsmusik: Reggae Lieblingsjahreszeit: Sommer Leben: viel Reisen Traumurlaubsziel: Ägypten</w:t>
      </w:r>
    </w:p>
    <w:p>
      <w:r>
        <w:t>Name: Emma Alter: 22 Wohnort: Leipzig Lieblingstier: Maus Lieblingsessen: Kloß mit Rotkraut Wichtig in einer Beziehung: Ehrlichkeit Hobbys: basteln, Musik machen Interessen: Tiere, Medizin Lieblingsmusik: Metal Lieblingsjahreszeit: Frühling Leben: Van/Wohnmobil Traumurlaubsziel: Griechenland</w:t>
      </w:r>
    </w:p>
    <w:p>
      <w:pPr>
        <w:pStyle w:val="Heading2"/>
      </w:pPr>
      <w:r>
        <w:t>Seite 6</w:t>
      </w:r>
    </w:p>
    <w:p>
      <w:r>
        <w:t>CCBy Rahel M. Schneider</w:t>
      </w:r>
    </w:p>
    <w:p>
      <w:r>
        <w:t>Name: Emma Alter: 22 Wohnort: Leipzig Lieblingstier: Maus Lieblingsessen: Kloß mit Rotkraut Wichtig in einer Beziehung: Ehrlichkeit Hobbys: basteln, Musik machen Interessen: Tiere, Medizin Lieblingsmusik: Metal Lieblingsjahreszeit: Frühling Leben: Van/Wohnmobil Traumurlaubsziel: Griechenland</w:t>
      </w:r>
    </w:p>
    <w:p>
      <w:r>
        <w:t>Name: Emma Alter: 22 Wohnort: Leipzig Lieblingstier: Maus Lieblingsessen: Kloß mit Rotkraut Wichtig in einer Beziehung: Ehrlichkeit Hobbys: basteln, Musik machen Interessen: Tiere, Medizin Lieblingsmusik: Metal Lieblingsjahreszeit: Frühling Leben: Van/Wohnmobil Traumurlaubsziel: Griechenland</w:t>
      </w:r>
    </w:p>
    <w:p>
      <w:r>
        <w:t>Name: Sarah Alter: 16 Wohnort: Bremen Lieblingstier: Delfin Lieblingsessen: Asiatisch Wichtig in einer Beziehung: Spaß Hobbys: tanzen, Musik machen Interessen: Medizin, Tiere Lieblingsmusik: Reggae Lieblingsjahreszeit: Sommer Leben: viel Reisen Traumurlaubsziel: Ägypten</w:t>
      </w:r>
    </w:p>
    <w:p>
      <w:r>
        <w:t>Name: Sarah Alter: 16 Wohnort: Bremen Lieblingstier: Delfin Lieblingsessen: Asiatisch Wichtig in einer Beziehung: Spaß Hobbys: tanzen, Musik machen Interessen: Medizin, Tiere Lieblingsmusik: Reggae Lieblingsjahreszeit: Sommer Leben: viel Reisen Traumurlaubsziel: Ägypten</w:t>
      </w:r>
    </w:p>
    <w:p>
      <w:r>
        <w:t>Name: Michael Alter: 17 Wohnort: Köln Lieblingstier: Hund Lieblingsessen: Kloß mit Rotkraut Wichtig in einer Beziehung: Ehrlichkeit Hobbys: kochen/backen, Sport Interessen: Astronomie, Filme Lieblingsmusik: Singer/Songwriter Lieblingsjahreszeit: Frühling Leben: Van/Wohnmobil Traumurlaubsziel: Türkei</w:t>
      </w:r>
    </w:p>
    <w:p>
      <w:r>
        <w:t>Name: Michael Alter: 17 Wohnort: Köln Lieblingstier: Hund Lieblingsessen: Kloß mit Rotkraut Wichtig in einer Beziehung: Ehrlichkeit Hobbys: kochen/backen, Sport Interessen: Astronomie, Filme Lieblingsmusik: Singer/Songwriter Lieblingsjahreszeit: Frühling Leben: Van/Wohnmobil Traumurlaubsziel: Türkei</w:t>
      </w:r>
    </w:p>
    <w:p>
      <w:pPr>
        <w:pStyle w:val="Heading2"/>
      </w:pPr>
      <w:r>
        <w:t>Seite 7</w:t>
      </w:r>
    </w:p>
    <w:p>
      <w:r>
        <w:t>CCBy Rahel M. Schneider</w:t>
      </w:r>
    </w:p>
    <w:p>
      <w:r>
        <w:t>Name: Julia Alter: 20 Wohnort: Stuttgart Lieblingstier: Schildkröte Lieblingsessen: Salat Wichtig in einer Beziehung: Vertrauen Hobbys: Wandern, basteln Interessen: Tiere, Computer Lieblingsmusik: Rock Lieblingsjahreszeit: Herbst Leben: viel Reisen Traumurlaubsziel: Griechenland</w:t>
      </w:r>
    </w:p>
    <w:p>
      <w:r>
        <w:t>Name: Julia Alter: 20 Wohnort: Stuttgart Lieblingstier: Schildkröte Lieblingsessen: Salat Wichtig in einer Beziehung: Vertrauen Hobbys: Wandern, basteln Interessen: Tiere, Computer Lieblingsmusik: Rock Lieblingsjahreszeit: Herbst Leben: viel Reisen Traumurlaubsziel: Griechenland</w:t>
      </w:r>
    </w:p>
    <w:p>
      <w:r>
        <w:t>Name: Julia Alter: 20 Wohnort: Stuttgart Lieblingstier: Schildkröte Lieblingsessen: Salat Wichtig in einer Beziehung: Vertrauen Hobbys: Wandern, basteln Interessen: Tiere, Computer Lieblingsmusik: Rock Lieblingsjahreszeit: Herbst Leben: viel Reisen Traumurlaubsziel: Griechenland</w:t>
      </w:r>
    </w:p>
    <w:p>
      <w:r>
        <w:t>Naturliebhaber Markus, Laura, Tim, Anna, Jonas Stadtmenschen Felix, Sophie, Max, Lisa, David Abenteuer Lukas, Emma, Sarah, Michael, Julia Kreative Julia, Emma, Lisa, Felix, Lukas Shopping Lisa, Sophie, Max Wohnort nähe Flensburg</w:t>
      </w:r>
    </w:p>
    <w:p>
      <w:r>
        <w:t>Sarah, Max, David, Sophie, Laura, Anna Katzenmensch Max, Laura, Jonas Ehrlichkeit Michael, Emma, Tim, Markus Rockmusik Julia, Tim, Jonas, Laura</w:t>
      </w:r>
    </w:p>
    <w:p>
      <w:r>
        <w:rPr>
          <w:i/>
        </w:rPr>
        <w:t>Quelle: Material-2.1.pdf · praxis.leaschulz.com · Lizenz siehe Materialseite.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color w:val="241C2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A52B59"/>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A52B59"/>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241C2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Material 2.1 – barrierefreie Fassung</dc:title>
  <dc:subject>Barrierefreie Textfassung eines Unterrichtsmaterials von praxis.leaschulz.com</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dc:language>de-DE</dc:language>
</cp:coreProperties>
</file>