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Musterloesung Datenpuzzle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CC-By Rahel M. Schneider</w:t>
      </w:r>
    </w:p>
    <w:p>
      <w:pPr>
        <w:pStyle w:val="Heading2"/>
      </w:pPr>
      <w:r>
        <w:t>Musterlösung Datenpuzzle</w:t>
      </w:r>
    </w:p>
    <w:p>
      <w:r>
        <w:t>Ja Nein</w:t>
      </w:r>
    </w:p>
    <w:p>
      <w:r>
        <w:t>Name (Nur Vorname)</w:t>
      </w:r>
    </w:p>
    <w:p>
      <w:r>
        <w:t>Schule/Universität/Hochschule</w:t>
      </w:r>
    </w:p>
    <w:p>
      <w:r>
        <w:t>Alter Genaues Geburtsdatum</w:t>
      </w:r>
    </w:p>
    <w:p>
      <w:r>
        <w:t>Interessen</w:t>
      </w:r>
    </w:p>
    <w:p>
      <w:r>
        <w:t>Namen der Geschwister</w:t>
      </w:r>
    </w:p>
    <w:p>
      <w:r>
        <w:t>Lieblingstier (möglich, kein Muss)</w:t>
      </w:r>
    </w:p>
    <w:p>
      <w:r>
        <w:t>Telefonnummer</w:t>
      </w:r>
    </w:p>
    <w:p>
      <w:r>
        <w:t>Wohnort (Stadt) Genaue Adresse</w:t>
      </w:r>
    </w:p>
    <w:p>
      <w:r>
        <w:t>Hobbys Automarke/Kennzeichen</w:t>
      </w:r>
    </w:p>
    <w:p>
      <w:r>
        <w:rPr>
          <w:i/>
        </w:rPr>
        <w:t>Quelle: Musterloesung-Datenpuzzle.pdf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Musterloesung Datenpuzzle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