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Spielerisch den Algorithmus entdecken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Spielerisch den</w:t>
      </w:r>
    </w:p>
    <w:p>
      <w:r>
        <w:t>Algorithmus entdecken mit den</w:t>
      </w:r>
    </w:p>
    <w:p>
      <w:r>
        <w:t>Angry Birds</w:t>
      </w:r>
    </w:p>
    <w:p>
      <w:r>
        <w:drawing>
          <wp:inline xmlns:a="http://schemas.openxmlformats.org/drawingml/2006/main" xmlns:pic="http://schemas.openxmlformats.org/drawingml/2006/picture">
            <wp:extent cx="5040000" cy="756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Dieses Buch beschäftigt sich mit dem Thema Algorithmus.</w:t>
      </w:r>
    </w:p>
    <w:p>
      <w:r>
        <w:t>Was ist das überhaupt ? Und wie funktioniert das? Das findest du heute spielerisch mit Hilfe dieses Buches heraus.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Ein Algorithmus ist eine Schritt-für-SchrittAnleitung, um ein Problem zu lösen oder eine Aufgabe zu erledigen.</w:t>
      </w:r>
    </w:p>
    <w:p>
      <w:pPr>
        <w:pStyle w:val="Heading2"/>
      </w:pPr>
      <w:r>
        <w:t>Was ist ein Algorithmus</w:t>
      </w:r>
    </w:p>
    <w:p>
      <w:r>
        <w:t>Zum Beispiel: „Wenn du einen Kuchen backen willst, folge diesen Schritten: Zuerst Mehl und Zucker mischen, dann Eier hinzufügen und so weiter.“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Die KI braucht Algorithmen, um Entscheidungen zu treffen und Aufgaben zu erledigen. Ein Algorithmus sagt der KI genau, was sie tun soll, um ein Problem zu lösen.</w:t>
      </w:r>
    </w:p>
    <w:p>
      <w:r>
        <w:t>Zum Beispiel, wie sie einen Text übersetzen kann (z.B. Google Übersetzter). Ohne Algorithmen wüsste die KI nicht, wie sie die Aufgabe angehen soll!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4" name="Picture 4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Nun ein paar Infos vorab.</w:t>
      </w:r>
    </w:p>
    <w:p>
      <w:r>
        <w:drawing>
          <wp:inline xmlns:a="http://schemas.openxmlformats.org/drawingml/2006/main" xmlns:pic="http://schemas.openxmlformats.org/drawingml/2006/picture">
            <wp:extent cx="5040000" cy="1726780"/>
            <wp:docPr id="5" name="Picture 5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26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Kurze Einweisung</w:t>
      </w:r>
    </w:p>
    <w:p>
      <w:r>
        <w:t>Kannst du mir helfen, das freche Schwein zu fangen? Stecke ein paar „vorwärts bewegen“-Bausteine zusammen und [H)</w:t>
      </w:r>
    </w:p>
    <w:p>
      <w:r>
        <w:t>drücke „Ausführen“, um mir zu helfen.</w:t>
      </w:r>
    </w:p>
    <w:p>
      <w:r>
        <w:t>Blöcke Arbeitsbereich: : 2 / 3 Bausteine ©) Neu starten «» Programm anzeigen</w:t>
      </w:r>
    </w:p>
    <w:p>
      <w:r>
        <w:t>links drehen ©</w:t>
      </w:r>
    </w:p>
    <w:p>
      <w:r>
        <w:t>Brauchst du Hilfe? rechts drehen UL</w:t>
      </w:r>
    </w:p>
    <w:p>
      <w:r>
        <w:t>Schau dir diese Videos und Hinweise an</w:t>
      </w:r>
    </w:p>
    <w:p>
      <w:r>
        <w:t>® Deutsci v ©</w:t>
      </w:r>
    </w:p>
    <w:p>
      <w:r>
        <w:t>Hier kannst du die Sprache ändern</w:t>
      </w:r>
    </w:p>
    <w:p>
      <w:r>
        <w:drawing>
          <wp:inline xmlns:a="http://schemas.openxmlformats.org/drawingml/2006/main" xmlns:pic="http://schemas.openxmlformats.org/drawingml/2006/picture">
            <wp:extent cx="5040000" cy="2556259"/>
            <wp:docPr id="6" name="Picture 6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56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” ® Anweisungen</w:t>
      </w:r>
    </w:p>
    <w:p>
      <w:r>
        <w:t>Kannst du mir helfen, das freche Schwein zu fangen? Stecke ein paar „vorwärts bewegen“-Bausteine zusammen und | [})) &gt; drücke „Ausführen“, um mir zu helfen.</w:t>
      </w:r>
    </w:p>
    <w:p>
      <w:r>
        <w:t>Arbeitsbereich: : 2 / 3 Bausteine ‘D Neu starten &lt;/&gt; Programm anzeigen</w:t>
      </w:r>
    </w:p>
    <w:p>
      <w:r>
        <w:t>&gt;» 3-1sıE links drehen ©</w:t>
      </w:r>
    </w:p>
    <w:p>
      <w:r>
        <w:t>Brauchst du Hilfe? Hier erklärt dir Red in jedem Level, was zu tun ist.</w:t>
      </w:r>
    </w:p>
    <w:p>
      <w:r>
        <w:t>Schau dir diese Videos und</w:t>
      </w:r>
    </w:p>
    <w:p>
      <w:r>
        <w:t>Hinweise an</w:t>
      </w:r>
    </w:p>
    <w:p>
      <w:r>
        <w:t>® Deutsci v ©</w:t>
      </w:r>
    </w:p>
    <w:p>
      <w:r>
        <w:drawing>
          <wp:inline xmlns:a="http://schemas.openxmlformats.org/drawingml/2006/main" xmlns:pic="http://schemas.openxmlformats.org/drawingml/2006/picture">
            <wp:extent cx="5040000" cy="1782734"/>
            <wp:docPr id="7" name="Picture 7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82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Anweisungen</w:t>
      </w:r>
    </w:p>
    <w:p>
      <w:r>
        <w:t>Kannst du mir helfen, das freche Schwein zu fangen? Stecke ein paar „vorwärts bewegen“-Bausteine zusamme &gt; drücke „Ausführen“, um mir zu helfen.</w:t>
      </w:r>
    </w:p>
    <w:p>
      <w:r>
        <w:t>Arbeitsbereich: : 2 / 3 Bausteine “) Neu starten «&gt; Pr, amm anzeigen</w:t>
      </w:r>
    </w:p>
    <w:p>
      <w:r>
        <w:t>Naryta is DnNgen Wenn du hier klickst wird dir</w:t>
      </w:r>
    </w:p>
    <w:p>
      <w:r>
        <w:t>vorgelesen, was Red spricht. Brauchst du Hilfe?</w:t>
      </w:r>
    </w:p>
    <w:p>
      <w:r>
        <w:t>Schau dir diese Videos und</w:t>
      </w:r>
    </w:p>
    <w:p>
      <w:r>
        <w:t>Hinweise an</w:t>
      </w:r>
    </w:p>
    <w:p>
      <w:r>
        <w:t>® Deutsci v ©</w:t>
      </w:r>
    </w:p>
    <w:p>
      <w:r>
        <w:drawing>
          <wp:inline xmlns:a="http://schemas.openxmlformats.org/drawingml/2006/main" xmlns:pic="http://schemas.openxmlformats.org/drawingml/2006/picture">
            <wp:extent cx="5040000" cy="1773669"/>
            <wp:docPr id="8" name="Picture 8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73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Anweisungen</w:t>
      </w:r>
    </w:p>
    <w:p>
      <w:r>
        <w:t>Kannst du mir helfen, das freche Schwein zu fangen? Stecke ein paar „vorwärts bewegen“-Bausteine zusammen und | [})</w:t>
      </w:r>
    </w:p>
    <w:p>
      <w:r>
        <w:t>drücke „Ausführen“, um mir zu helfen.</w:t>
      </w:r>
    </w:p>
    <w:p>
      <w:r>
        <w:t>2/3 Bausteine</w:t>
      </w:r>
    </w:p>
    <w:p>
      <w:r>
        <w:t>Arbeitsbereich ‘D) Neu starten «» Programm anzeigen</w:t>
      </w:r>
    </w:p>
    <w:p>
      <w:r>
        <w:t>links drehen ©</w:t>
      </w:r>
    </w:p>
    <w:p>
      <w:r>
        <w:t>Brauchst du Hilfe? rechts drehen U</w:t>
      </w:r>
    </w:p>
    <w:p>
      <w:r>
        <w:t>Schau dir diese Videos und Hinweise an</w:t>
      </w:r>
    </w:p>
    <w:p>
      <w:r>
        <w:t>® Deutsci v ©</w:t>
      </w:r>
    </w:p>
    <w:p>
      <w:r>
        <w:t>Eins dieser Bausteine muss immer in dieses Feld hineingezogen werden und mit dem Baustein zuvor verknüpft werden</w:t>
      </w:r>
    </w:p>
    <w:p>
      <w:r>
        <w:drawing>
          <wp:inline xmlns:a="http://schemas.openxmlformats.org/drawingml/2006/main" xmlns:pic="http://schemas.openxmlformats.org/drawingml/2006/picture">
            <wp:extent cx="5040000" cy="2580432"/>
            <wp:docPr id="9" name="Picture 9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80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Kannst du mir helfen, das freche Schwein zu fangen? Stecke ein paar „vorwärts bewegen“-Bausteine zusammen und | [#)</w:t>
      </w:r>
    </w:p>
    <w:p>
      <w:r>
        <w:t>drücke „Ausführen“, um mir zu helfen.</w:t>
      </w:r>
    </w:p>
    <w:p>
      <w:r>
        <w:t>Arbeitsbereich: : 2 / 3 Bausteine D Neu starten 7 Programm anzeigen</w:t>
      </w:r>
    </w:p>
    <w:p>
      <w:r>
        <w:t>links drehen ©</w:t>
      </w:r>
    </w:p>
    <w:p>
      <w:r>
        <w:t>Brauchst du Hilfe?</w:t>
      </w:r>
    </w:p>
    <w:p>
      <w:r>
        <w:t>Schau dir diese Videos und</w:t>
      </w:r>
    </w:p>
    <w:p>
      <w:r>
        <w:t>rechts drehen LO</w:t>
      </w:r>
    </w:p>
    <w:p>
      <w:r>
        <w:t>Hinweise an</w:t>
      </w:r>
    </w:p>
    <w:p>
      <w:r>
        <w:t>® Deutsci v</w:t>
      </w:r>
    </w:p>
    <w:p>
      <w:r>
        <w:t>Sofern du Hilfe benötigst, gibt es hier Videos und Hinweise</w:t>
      </w:r>
    </w:p>
    <w:p>
      <w:r>
        <w:t>Generell empfiehlt es sich, sich die Videos, welche zum Beginn auftauchen anzuschauen und diese nicht sofort weg zu klicken</w:t>
      </w:r>
    </w:p>
    <w:p>
      <w:r>
        <w:drawing>
          <wp:inline xmlns:a="http://schemas.openxmlformats.org/drawingml/2006/main" xmlns:pic="http://schemas.openxmlformats.org/drawingml/2006/picture">
            <wp:extent cx="5040000" cy="3121295"/>
            <wp:docPr id="10" name="Picture 10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2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pPr>
        <w:pStyle w:val="ListBullet"/>
      </w:pPr>
      <w:r>
        <w:t>Zunächst einmal musst du alle QR-Codes in der richtigen Reihenfolge scannen.</w:t>
      </w:r>
    </w:p>
    <w:p>
      <w:r>
        <w:t>Nach jedem Level, was du erfolgreich geschafft hast kehrst du zurück zum Book Creator und scannst den nächsten QR-Code.</w:t>
      </w:r>
    </w:p>
    <w:p>
      <w:pPr>
        <w:pStyle w:val="Heading2"/>
      </w:pPr>
      <w:r>
        <w:t>Jetzt bist du an der Reihe und kreierst einen</w:t>
      </w:r>
    </w:p>
    <w:p>
      <w:pPr>
        <w:pStyle w:val="Heading2"/>
      </w:pPr>
      <w:r>
        <w:t>eigenen Algorithmus. Die Agry Birds helfen dir</w:t>
      </w:r>
    </w:p>
    <w:p>
      <w:pPr>
        <w:pStyle w:val="Heading2"/>
      </w:pPr>
      <w:r>
        <w:t>dabei.</w:t>
      </w:r>
    </w:p>
    <w:p>
      <w:pPr>
        <w:pStyle w:val="Heading2"/>
      </w:pPr>
      <w:r>
        <w:t>Seite 12</w:t>
      </w:r>
    </w:p>
    <w:p>
      <w:pPr>
        <w:pStyle w:val="ListBullet"/>
      </w:pPr>
      <w:r>
        <w:t>Ganz Wichtig ! Es arbeitet jeder mit seinem eigenen IPad, aber trotzdem könnt ihr euch gegenseitig immer und gerne helfen.</w:t>
      </w:r>
    </w:p>
    <w:p>
      <w:pPr>
        <w:pStyle w:val="ListBullet"/>
      </w:pPr>
      <w:r>
        <w:t>Für die ganz schnellen gibt es Experten Aufgaben, diese sind mit einem Stern markiert und werden ganz zum Schluss gemacht.</w:t>
      </w:r>
    </w:p>
    <w:p>
      <w:pPr>
        <w:pStyle w:val="Heading2"/>
      </w:pPr>
      <w:r>
        <w:t>Seite 13</w:t>
      </w:r>
    </w:p>
    <w:p>
      <w:pPr>
        <w:pStyle w:val="ListBullet"/>
      </w:pPr>
      <w:r>
        <w:t>Schreibe dir nach jedem Kapitel auf, was du gelernt hast.</w:t>
      </w:r>
    </w:p>
    <w:p>
      <w:r>
        <w:t>Wenn alle aus der Gruppe mit der zur bearbeitenden Seite fertig sind, wird umgeblättert. VORHER NICHT !</w:t>
      </w:r>
    </w:p>
    <w:p>
      <w:pPr>
        <w:pStyle w:val="Heading2"/>
      </w:pPr>
      <w:r>
        <w:t>Seite 14</w:t>
      </w:r>
    </w:p>
    <w:p>
      <w:r>
        <w:t>Die Angry Birds werden von den Bad Piggies angegriffen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1" name="Picture 11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2" name="Picture 12" descr="Abbildung 2 aus dem Original, Seite 14 – Inhalt bitte im Original-PDF ansehen" title="Abbildung 2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15</w:t>
      </w:r>
    </w:p>
    <w:p>
      <w:r>
        <w:t>Die Bad Piggies haben nun die Eier der Angry Birds und sind geflohen Die Bad Piggies greifen an</w:t>
      </w:r>
    </w:p>
    <w:p>
      <w:r>
        <w:t>UNSERE BABYS!!! SIE HABEN UNS UNSERE BABYS GESTOHLEN !!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3" name="Picture 13" descr="Abbildung 1 aus dem Original, Seite 15 – Inhalt bitte im Original-PDF ansehen" title="Abbildung 1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4" name="Picture 14" descr="Abbildung 2 aus dem Original, Seite 15 – Inhalt bitte im Original-PDF ansehen" title="Abbildung 2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16</w:t>
      </w:r>
    </w:p>
    <w:p>
      <w:r>
        <w:t>Die Angry Birds sind sehr traurig darüber, dass nun ihre Babys fort sind.</w:t>
      </w:r>
    </w:p>
    <w:p>
      <w:pPr>
        <w:pStyle w:val="Heading2"/>
      </w:pPr>
      <w:r>
        <w:t>Kapitel 1: Red´s Babys</w:t>
      </w:r>
    </w:p>
    <w:p>
      <w:r>
        <w:t>Hilf ihnen ihre Babys zu retten!</w:t>
      </w:r>
    </w:p>
    <w:p>
      <w:r>
        <w:t>Scan mich (1)</w:t>
      </w:r>
    </w:p>
    <w:p>
      <w:r>
        <w:t>Scan mich (2)</w:t>
      </w:r>
    </w:p>
    <w:p>
      <w:r>
        <w:t>Scan mich (3)</w:t>
      </w:r>
    </w:p>
    <w:p>
      <w:r>
        <w:t>Scan mich</w:t>
      </w:r>
    </w:p>
    <w:p>
      <w:r>
        <w:t>Experten Aufgabe</w:t>
      </w:r>
    </w:p>
    <w:p>
      <w:r>
        <w:drawing>
          <wp:inline xmlns:a="http://schemas.openxmlformats.org/drawingml/2006/main" xmlns:pic="http://schemas.openxmlformats.org/drawingml/2006/picture">
            <wp:extent cx="5040000" cy="2009119"/>
            <wp:docPr id="15" name="Picture 15" descr="Abbildung 1 aus dem Original, Seite 16 – Inhalt bitte im Original-PDF ansehen" title="Abbildung 1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09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68744"/>
            <wp:docPr id="16" name="Picture 16" descr="Abbildung 2 aus dem Original, Seite 16 – Inhalt bitte im Original-PDF ansehen" title="Abbildung 2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6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773980"/>
            <wp:docPr id="17" name="Picture 17" descr="Abbildung 3 aus dem Original, Seite 16 – Inhalt bitte im Original-PDF ansehen" title="Abbildung 3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73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69302"/>
            <wp:docPr id="18" name="Picture 18" descr="Abbildung 4 aus dem Original, Seite 16 – Inhalt bitte im Original-PDF ansehen" title="Abbildung 4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69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6259"/>
            <wp:docPr id="19" name="Picture 19" descr="Abbildung 5 aus dem Original, Seite 16 – Inhalt bitte im Original-PDF ansehen" title="Abbildung 5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6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17</w:t>
      </w:r>
    </w:p>
    <w:p>
      <w:r>
        <w:t>In diesem Kapitel hast du gelernt Schritt für Schritt Anweisungen zu geben</w:t>
      </w:r>
    </w:p>
    <w:p>
      <w:r>
        <w:t>Mit einfachen Anweisungen wie „Gehe geradeaus“, „Biege links ab“ oder „Biege rechts ab“</w:t>
      </w:r>
    </w:p>
    <w:p>
      <w:r>
        <w:t>lernst du:</w:t>
      </w:r>
    </w:p>
    <w:p>
      <w:r>
        <w:drawing>
          <wp:inline xmlns:a="http://schemas.openxmlformats.org/drawingml/2006/main" xmlns:pic="http://schemas.openxmlformats.org/drawingml/2006/picture">
            <wp:extent cx="5040000" cy="4754717"/>
            <wp:docPr id="20" name="Picture 20" descr="Abbildung 1 aus dem Original, Seite 17 – Inhalt bitte im Original-PDF ansehen" title="Abbildung 1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54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18</w:t>
      </w:r>
    </w:p>
    <w:p>
      <w:pPr>
        <w:pStyle w:val="ListBullet"/>
      </w:pPr>
      <w:r>
        <w:t>Wie ein Algorithmus funktioniert:</w:t>
      </w:r>
    </w:p>
    <w:p>
      <w:r>
        <w:t>Ein Algorithmus ist eine genaue Anleitung, die Schritt für Schritt beschreibt, was zu tun ist.</w:t>
      </w:r>
    </w:p>
    <w:p>
      <w:pPr>
        <w:pStyle w:val="Heading2"/>
      </w:pPr>
      <w:r>
        <w:t>Seite 19</w:t>
      </w:r>
    </w:p>
    <w:p>
      <w:pPr>
        <w:pStyle w:val="ListBullet"/>
      </w:pPr>
      <w:r>
        <w:t>Wie wichtig die Reihenfolge ist:</w:t>
      </w:r>
    </w:p>
    <w:p>
      <w:r>
        <w:t>Die Schritte müssen in der richtigen Reihenfolge stehen, sonst klappt es nicht.</w:t>
      </w:r>
    </w:p>
    <w:p>
      <w:pPr>
        <w:pStyle w:val="Heading2"/>
      </w:pPr>
      <w:r>
        <w:t>Seite 20</w:t>
      </w:r>
    </w:p>
    <w:p>
      <w:pPr>
        <w:pStyle w:val="ListBullet"/>
      </w:pPr>
      <w:r>
        <w:t>Genau und klar denken:</w:t>
      </w:r>
    </w:p>
    <w:p>
      <w:r>
        <w:t>Du übst, Anweisungen so zu geben, dass sie einfach und verständlich sind.</w:t>
      </w:r>
    </w:p>
    <w:p>
      <w:pPr>
        <w:pStyle w:val="Heading2"/>
      </w:pPr>
      <w:r>
        <w:t>Seite 21</w:t>
      </w:r>
    </w:p>
    <w:p>
      <w:r>
        <w:t>Warum ist das wichtig? Du lernst, Aufgaben logisch zu planen – eine wichtige Grundlage für Programmieren und Problemlösen!</w:t>
      </w:r>
    </w:p>
    <w:p>
      <w:pPr>
        <w:pStyle w:val="Heading2"/>
      </w:pPr>
      <w:r>
        <w:t>Seite 22</w:t>
      </w:r>
    </w:p>
    <w:p>
      <w:pPr>
        <w:pStyle w:val="Heading2"/>
      </w:pPr>
      <w:r>
        <w:t>Kapitel 2: Bombe´s Babys</w:t>
      </w:r>
    </w:p>
    <w:p>
      <w:r>
        <w:t>Scan mich (4)</w:t>
      </w:r>
    </w:p>
    <w:p>
      <w:r>
        <w:t>Scan mich (5)</w:t>
      </w:r>
    </w:p>
    <w:p>
      <w:r>
        <w:t>Experten Aufgabe</w:t>
      </w:r>
    </w:p>
    <w:p>
      <w:r>
        <w:t>Scan mich</w:t>
      </w:r>
    </w:p>
    <w:p>
      <w:r>
        <w:drawing>
          <wp:inline xmlns:a="http://schemas.openxmlformats.org/drawingml/2006/main" xmlns:pic="http://schemas.openxmlformats.org/drawingml/2006/picture">
            <wp:extent cx="5040000" cy="1755540"/>
            <wp:docPr id="21" name="Picture 21" descr="Abbildung 1 aus dem Original, Seite 22 – Inhalt bitte im Original-PDF ansehen" title="Abbildung 1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5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80000"/>
            <wp:docPr id="22" name="Picture 22" descr="Abbildung 2 aus dem Original, Seite 22 – Inhalt bitte im Original-PDF ansehen" title="Abbildung 2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59768"/>
            <wp:docPr id="23" name="Picture 23" descr="Abbildung 3 aus dem Original, Seite 22 – Inhalt bitte im Original-PDF ansehen" title="Abbildung 3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59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10722"/>
            <wp:docPr id="24" name="Picture 24" descr="Abbildung 4 aus dem Original, Seite 22 – Inhalt bitte im Original-PDF ansehen" title="Abbildung 4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10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23</w:t>
      </w:r>
    </w:p>
    <w:p>
      <w:r>
        <w:t>Nun hast du gelernt Schleifen zu verwenden Was lernst du mit Schleifen?</w:t>
      </w:r>
    </w:p>
    <w:p>
      <w:pPr>
        <w:pStyle w:val="Heading2"/>
      </w:pPr>
      <w:r>
        <w:t>Seite 24</w:t>
      </w:r>
    </w:p>
    <w:p>
      <w:pPr>
        <w:pStyle w:val="ListBullet"/>
      </w:pPr>
      <w:r>
        <w:t>Wiederholungen abkürzen:</w:t>
      </w:r>
    </w:p>
    <w:p>
      <w:r>
        <w:t>Statt die gleichen Schritte immer wieder aufzuschreiben, benutzt du eine Schleife:</w:t>
      </w:r>
    </w:p>
    <w:p>
      <w:r>
        <w:t>Beispiel: „Wiederhole 3 Mal: Gehe 1 Schritt geradeaus.“</w:t>
      </w:r>
    </w:p>
    <w:p>
      <w:pPr>
        <w:pStyle w:val="Heading2"/>
      </w:pPr>
      <w:r>
        <w:t>Seite 25</w:t>
      </w:r>
    </w:p>
    <w:p>
      <w:pPr>
        <w:pStyle w:val="ListBullet"/>
      </w:pPr>
      <w:r>
        <w:t>Muster erkennen:</w:t>
      </w:r>
    </w:p>
    <w:p>
      <w:r>
        <w:t>Schleifen helfen dir, Dinge zu wiederholen, bis ein Ziel erreicht ist.</w:t>
      </w:r>
    </w:p>
    <w:p>
      <w:r>
        <w:t>Beispiel: „Wiederhole, bis du die Wand erreichst.“</w:t>
      </w:r>
    </w:p>
    <w:p>
      <w:pPr>
        <w:pStyle w:val="Heading2"/>
      </w:pPr>
      <w:r>
        <w:t>Seite 26</w:t>
      </w:r>
    </w:p>
    <w:p>
      <w:pPr>
        <w:pStyle w:val="ListBullet"/>
      </w:pPr>
      <w:r>
        <w:t>Wie Computer arbeiten: Computer nutzen Schleifen, um schnell viele Aufgaben zu wiederholen.</w:t>
      </w:r>
    </w:p>
    <w:p>
      <w:pPr>
        <w:pStyle w:val="Heading2"/>
      </w:pPr>
      <w:r>
        <w:t>Seite 27</w:t>
      </w:r>
    </w:p>
    <w:p>
      <w:r>
        <w:t>Warum sind Schleifen wichtig?</w:t>
      </w:r>
    </w:p>
    <w:p>
      <w:r>
        <w:t>Mit Schleifen wird dein Algorithmus kürzer, schneller und einfacher!</w:t>
      </w:r>
    </w:p>
    <w:p>
      <w:pPr>
        <w:pStyle w:val="Heading2"/>
      </w:pPr>
      <w:r>
        <w:t>Seite 28</w:t>
      </w:r>
    </w:p>
    <w:p>
      <w:pPr>
        <w:pStyle w:val="Heading2"/>
      </w:pPr>
      <w:r>
        <w:t>Kapitel 3: Chuck´s Babys</w:t>
      </w:r>
    </w:p>
    <w:p>
      <w:r>
        <w:t>Nun hast du gelernt Schritte zu wiederholen, bis ein bestimmtes Ziel erreicht ist</w:t>
      </w:r>
    </w:p>
    <w:p>
      <w:r>
        <w:t>Das lernst du dabei:</w:t>
      </w:r>
    </w:p>
    <w:p>
      <w:r>
        <w:t>Scan mich (6)</w:t>
      </w:r>
    </w:p>
    <w:p>
      <w:r>
        <w:t>Scan mich (7)</w:t>
      </w:r>
    </w:p>
    <w:p>
      <w:r>
        <w:drawing>
          <wp:inline xmlns:a="http://schemas.openxmlformats.org/drawingml/2006/main" xmlns:pic="http://schemas.openxmlformats.org/drawingml/2006/picture">
            <wp:extent cx="5040000" cy="3330563"/>
            <wp:docPr id="25" name="Picture 25" descr="Abbildung 1 aus dem Original, Seite 28 – Inhalt bitte im Original-PDF ansehen" title="Abbildung 1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0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636456"/>
            <wp:docPr id="26" name="Picture 26" descr="Abbildung 2 aus dem Original, Seite 28 – Inhalt bitte im Original-PDF ansehen" title="Abbildung 2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36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88795"/>
            <wp:docPr id="27" name="Picture 27" descr="Abbildung 3 aus dem Original, Seite 28 – Inhalt bitte im Original-PDF ansehen" title="Abbildung 3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88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18087"/>
            <wp:docPr id="28" name="Picture 28" descr="Abbildung 4 aus dem Original, Seite 28 – Inhalt bitte im Original-PDF ansehen" title="Abbildung 4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180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29</w:t>
      </w:r>
    </w:p>
    <w:p>
      <w:pPr>
        <w:pStyle w:val="ListBullet"/>
      </w:pPr>
      <w:r>
        <w:t>Effizient arbeiten:</w:t>
      </w:r>
    </w:p>
    <w:p>
      <w:r>
        <w:t>Du brauchst nicht zu wissen, wie oft etwas gemacht werden muss.</w:t>
      </w:r>
    </w:p>
    <w:p>
      <w:r>
        <w:t>Beispiel: „Wiederhole: Gehe einen Schritt, bis du die Wand erreichst.“</w:t>
      </w:r>
    </w:p>
    <w:p>
      <w:pPr>
        <w:pStyle w:val="Heading2"/>
      </w:pPr>
      <w:r>
        <w:t>Seite 30</w:t>
      </w:r>
    </w:p>
    <w:p>
      <w:pPr>
        <w:pStyle w:val="ListBullet"/>
      </w:pPr>
      <w:r>
        <w:t>Probleme lösen wie ein Computer:</w:t>
      </w:r>
    </w:p>
    <w:p>
      <w:r>
        <w:t>Dein Algorithmus hört von selbst auf, wenn das Ziel erreicht ist.</w:t>
      </w:r>
    </w:p>
    <w:p>
      <w:pPr>
        <w:pStyle w:val="Heading2"/>
      </w:pPr>
      <w:r>
        <w:t>Seite 31</w:t>
      </w:r>
    </w:p>
    <w:p>
      <w:r>
        <w:t>Warum sind Wiederholungen bis… wichtig?</w:t>
      </w:r>
    </w:p>
    <w:p>
      <w:r>
        <w:t>Sie machen deinen Algorithmus schlauer und anpassungsfähig!</w:t>
      </w:r>
    </w:p>
    <w:p>
      <w:pPr>
        <w:pStyle w:val="Heading2"/>
      </w:pPr>
      <w:r>
        <w:t>Seite 32</w:t>
      </w:r>
    </w:p>
    <w:p>
      <w:r>
        <w:t>Kapitel 4: Rettung aller Babys</w:t>
      </w:r>
    </w:p>
    <w:p>
      <w:r>
        <w:t>Yippiiii du hast es geschafft uns all unsere Babys heil wiederzubringen. Vielen Lieben Dank!</w:t>
      </w:r>
    </w:p>
    <w:p>
      <w:r>
        <w:t>Doch auf einmal bemerkte Red, dass etwas im Gebüsch sei. Doch nicht etwa wieder die Bad Piggies…</w:t>
      </w:r>
    </w:p>
    <w:p>
      <w:r>
        <w:t>Seht nur da vorne, das ist doch das Eichhörnchen. Ich gehe mal zu ihm und frage ihn, wieso es hier ist.</w:t>
      </w:r>
    </w:p>
    <w:p>
      <w:r>
        <w:drawing>
          <wp:inline xmlns:a="http://schemas.openxmlformats.org/drawingml/2006/main" xmlns:pic="http://schemas.openxmlformats.org/drawingml/2006/picture">
            <wp:extent cx="5040000" cy="1456875"/>
            <wp:docPr id="29" name="Picture 29" descr="Abbildung 1 aus dem Original, Seite 32 – Inhalt bitte im Original-PDF ansehen" title="Abbildung 1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56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0" name="Picture 30" descr="Abbildung 2 aus dem Original, Seite 32 – Inhalt bitte im Original-PDF ansehen" title="Abbildung 2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1" name="Picture 31" descr="Abbildung 3 aus dem Original, Seite 32 – Inhalt bitte im Original-PDF ansehen" title="Abbildung 3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33</w:t>
      </w:r>
    </w:p>
    <w:p>
      <w:r>
        <w:t>Kapitel 5: Das Eichhörnchen</w:t>
      </w:r>
    </w:p>
    <w:p>
      <w:r>
        <w:t>Hey,</w:t>
      </w:r>
    </w:p>
    <w:p>
      <w:r>
        <w:t>Was machst du hier?</w:t>
      </w:r>
    </w:p>
    <w:p>
      <w:r>
        <w:t>Das Eichhörnchen flüstert Red etwas zu</w:t>
      </w:r>
    </w:p>
    <w:p>
      <w:r>
        <w:t>Das Eichhörnchen ist beeindruckt von deiner Leistung und wie du es mit den Bad Piggies aufgenommen hast. Nun wollte es fragen, ob du ihm helfen könntest bei einer geheimen Mission.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2" name="Picture 32" descr="Abbildung 1 aus dem Original, Seite 33 – Inhalt bitte im Original-PDF ansehen" title="Abbildung 1 aus dem Original, Seite 3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3" name="Picture 33" descr="Abbildung 2 aus dem Original, Seite 33 – Inhalt bitte im Original-PDF ansehen" title="Abbildung 2 aus dem Original, Seite 3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34</w:t>
      </w:r>
    </w:p>
    <w:p>
      <w:r>
        <w:t>Lass uns gemeinsam dem Eichhörnchen endlich seinen Traum erfüllen und ihm endlich die heiß begehrte Eichel bringen</w:t>
      </w:r>
    </w:p>
    <w:p>
      <w:r>
        <w:t>Scan mich (8)</w:t>
      </w:r>
    </w:p>
    <w:p>
      <w:r>
        <w:t>Scan mich (9)</w:t>
      </w:r>
    </w:p>
    <w:p>
      <w:r>
        <w:drawing>
          <wp:inline xmlns:a="http://schemas.openxmlformats.org/drawingml/2006/main" xmlns:pic="http://schemas.openxmlformats.org/drawingml/2006/picture">
            <wp:extent cx="5040000" cy="3377759"/>
            <wp:docPr id="34" name="Picture 34" descr="Abbildung 1 aus dem Original, Seite 34 – Inhalt bitte im Original-PDF ansehen" title="Abbildung 1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7004"/>
            <wp:docPr id="35" name="Picture 35" descr="Abbildung 2 aus dem Original, Seite 34 – Inhalt bitte im Original-PDF ansehen" title="Abbildung 2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7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6469"/>
            <wp:docPr id="36" name="Picture 36" descr="Abbildung 3 aus dem Original, Seite 34 – Inhalt bitte im Original-PDF ansehen" title="Abbildung 3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6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35</w:t>
      </w:r>
    </w:p>
    <w:p>
      <w:r>
        <w:t>Eine Bedingung entscheidet, was passiert, wenn eine bestimmte Situation eintritt. Das bedeutet: Der Algorithmus kann unterschiedlich reagieren.</w:t>
      </w:r>
    </w:p>
    <w:p>
      <w:r>
        <w:t>Nun hast du gelernt Bedingungen einzubauen.</w:t>
      </w:r>
    </w:p>
    <w:p>
      <w:r>
        <w:t>Das lernst du:</w:t>
      </w:r>
    </w:p>
    <w:p>
      <w:r>
        <w:drawing>
          <wp:inline xmlns:a="http://schemas.openxmlformats.org/drawingml/2006/main" xmlns:pic="http://schemas.openxmlformats.org/drawingml/2006/picture">
            <wp:extent cx="5040000" cy="4555389"/>
            <wp:docPr id="37" name="Picture 37" descr="Abbildung 1 aus dem Original, Seite 35 – Inhalt bitte im Original-PDF ansehen" title="Abbildung 1 aus dem Original, Seite 3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5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36</w:t>
      </w:r>
    </w:p>
    <w:p>
      <w:pPr>
        <w:pStyle w:val="ListBullet"/>
      </w:pPr>
      <w:r>
        <w:t>Entscheidungen treffen:</w:t>
      </w:r>
    </w:p>
    <w:p>
      <w:r>
        <w:t>Beispiel: „Wenn die Ampel grün ist, gehe los. Wenn sie rot ist, bleibe stehen.“</w:t>
      </w:r>
    </w:p>
    <w:p>
      <w:pPr>
        <w:pStyle w:val="Heading2"/>
      </w:pPr>
      <w:r>
        <w:t>Seite 37</w:t>
      </w:r>
    </w:p>
    <w:p>
      <w:pPr>
        <w:pStyle w:val="ListBullet"/>
      </w:pPr>
      <w:r>
        <w:t>Flexibel sein:</w:t>
      </w:r>
    </w:p>
    <w:p>
      <w:r>
        <w:t>Dein Algorithmus kann auf verschiedene Situationen reagieren.</w:t>
      </w:r>
    </w:p>
    <w:p>
      <w:r>
        <w:t>Beispiel: „Wenn es regnet, ziehe einen Regenschirm. Sonst geh ohne Regenschirm.“</w:t>
      </w:r>
    </w:p>
    <w:p>
      <w:pPr>
        <w:pStyle w:val="Heading2"/>
      </w:pPr>
      <w:r>
        <w:t>Seite 38</w:t>
      </w:r>
    </w:p>
    <w:p>
      <w:r>
        <w:t>Warum sind Bedingungen wichtig?</w:t>
      </w:r>
    </w:p>
    <w:p>
      <w:r>
        <w:t>Mit Bedingungen kannst du deinen Algorithmus schlau machen. Er passt sich an, je nachdem, was gerade passiert!</w:t>
      </w:r>
    </w:p>
    <w:p>
      <w:pPr>
        <w:pStyle w:val="Heading2"/>
      </w:pPr>
      <w:r>
        <w:t>Seite 39</w:t>
      </w:r>
    </w:p>
    <w:p>
      <w:r>
        <w:t>ICH HABE SO LANGE AUF DIESEN MOMENT GEWARTET DANKESCHÖN !!!</w:t>
      </w:r>
    </w:p>
    <w:p>
      <w:r>
        <w:t>Scan mich (10) Scan mich</w:t>
      </w:r>
    </w:p>
    <w:p>
      <w:r>
        <w:t>Experten Aufgabe</w:t>
      </w:r>
    </w:p>
    <w:p>
      <w:r>
        <w:drawing>
          <wp:inline xmlns:a="http://schemas.openxmlformats.org/drawingml/2006/main" xmlns:pic="http://schemas.openxmlformats.org/drawingml/2006/picture">
            <wp:extent cx="5040000" cy="3790476"/>
            <wp:docPr id="38" name="Picture 38" descr="Abbildung 1 aus dem Original, Seite 39 – Inhalt bitte im Original-PDF ansehen" title="Abbildung 1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9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184022"/>
            <wp:docPr id="39" name="Picture 39" descr="Abbildung 2 aus dem Original, Seite 39 – Inhalt bitte im Original-PDF ansehen" title="Abbildung 2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84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03319"/>
            <wp:docPr id="40" name="Picture 40" descr="Abbildung 3 aus dem Original, Seite 39 – Inhalt bitte im Original-PDF ansehen" title="Abbildung 3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033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21290"/>
            <wp:docPr id="41" name="Picture 41" descr="Abbildung 4 aus dem Original, Seite 39 – Inhalt bitte im Original-PDF ansehen" title="Abbildung 4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21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40</w:t>
      </w:r>
    </w:p>
    <w:p>
      <w:r>
        <w:t>Was lernst du mit „Wenn, ansonsten“-Aufgaben? Nun hast du gelernt „wenn, ansonsten“ Befehle zu erteilen.</w:t>
      </w:r>
    </w:p>
    <w:p>
      <w:pPr>
        <w:pStyle w:val="Heading2"/>
      </w:pPr>
      <w:r>
        <w:t>Seite 41</w:t>
      </w:r>
    </w:p>
    <w:p>
      <w:pPr>
        <w:pStyle w:val="ListBullet"/>
      </w:pPr>
      <w:r>
        <w:t>Entscheidungen treffen:</w:t>
      </w:r>
    </w:p>
    <w:p>
      <w:r>
        <w:t>Du gibst Anweisungen, die sich je nach Situation ändern.</w:t>
      </w:r>
    </w:p>
    <w:p>
      <w:r>
        <w:t>Beispiel: „Wenn es regnet, nimm einen Regenschirm. Ansonsten geh ohne.“</w:t>
      </w:r>
    </w:p>
    <w:p>
      <w:pPr>
        <w:pStyle w:val="Heading2"/>
      </w:pPr>
      <w:r>
        <w:t>Seite 42</w:t>
      </w:r>
    </w:p>
    <w:p>
      <w:pPr>
        <w:pStyle w:val="ListBullet"/>
      </w:pPr>
      <w:r>
        <w:t>Flexibilität im Algorithmus: Dein Algorithmus kann sich an verschiedene Situationen anpassen.</w:t>
      </w:r>
    </w:p>
    <w:p>
      <w:pPr>
        <w:pStyle w:val="Heading2"/>
      </w:pPr>
      <w:r>
        <w:t>Seite 43</w:t>
      </w:r>
    </w:p>
    <w:p>
      <w:r>
        <w:t>Warum ist das wichtig? So kannst du Aufgaben lösen, die sich je nach Umständen unterschiedlich verhalten – genau wie im echten Leben!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Spielerisch-den-Algorithmus-entdecken-2.pdf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pn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pn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pn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pn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Spielerisch den Algorithmus entdecken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