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Station KI Spione in der digitalen Welt Checkliste Materialien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t>EIN IPAD (MIT DEM BOOKCREATOR FÜR DIE REGELN WÄHREND DER STATIONSARBEIT)</w:t>
      </w:r>
    </w:p>
    <w:p>
      <w:r>
        <w:t>EIN IPAD PRO GRUPPENMITGLIED</w:t>
      </w:r>
    </w:p>
    <w:p>
      <w:r>
        <w:t>5 ORDNER FÜR DIE MISSIONSKARTEN (AM BESTEN SCHWARZ, GRÜN, BLAU, LILA UND ROT)</w:t>
      </w:r>
    </w:p>
    <w:p>
      <w:r>
        <w:t>MINDESTENS 2 FOLIENSTIFTE</w:t>
      </w:r>
    </w:p>
    <w:p>
      <w:r>
        <w:t>MISSIONSKARTEN ALS LESEUND HÖRVERSION AUSDRUCKEN (AM BESTEN AUCH LAMINIEREN)</w:t>
      </w:r>
    </w:p>
    <w:p>
      <w:r>
        <w:t>MISSIONSKARTEN AN DEM ORDNER BEFESTIGEN ODER EINHEFTEN (AUF DIE FARBE ACHTEN)</w:t>
      </w:r>
    </w:p>
    <w:p>
      <w:r>
        <w:t>FÜR DIE 1. MISSION: AUSWEISE MIT QR-CODE AUF DER RÜCKSEITE AUSDRUCKEN UND LAMINIEREN (DANN IN DEN ORDNER LEGEN)</w:t>
      </w:r>
    </w:p>
    <w:p>
      <w:r>
        <w:t>ORDNER VOR BEGINN DES PROJEKTES IM RAUM VERSTECKEN</w:t>
      </w:r>
    </w:p>
    <w:p>
      <w:pPr>
        <w:pStyle w:val="Heading1"/>
      </w:pPr>
      <w:r>
        <w:t>CHECKLISTE</w:t>
      </w:r>
    </w:p>
    <w:p>
      <w:pPr>
        <w:pStyle w:val="Heading2"/>
      </w:pPr>
      <w:r>
        <w:t>KI-SPIONE</w:t>
      </w:r>
    </w:p>
    <w:p>
      <w:pPr>
        <w:pStyle w:val="Heading2"/>
      </w:pPr>
      <w:r>
        <w:t>IN DER DIGITALEN WELT</w:t>
      </w:r>
    </w:p>
    <w:p>
      <w:r>
        <w:t>TECHNIK</w:t>
      </w:r>
    </w:p>
    <w:p>
      <w:r>
        <w:t>Folgende Materialien sind</w:t>
      </w:r>
    </w:p>
    <w:p>
      <w:r>
        <w:t>beim Erfüllen der Missionen notwendig!</w:t>
      </w:r>
    </w:p>
    <w:p>
      <w:r>
        <w:t>MATERIAL</w:t>
      </w:r>
    </w:p>
    <w:p>
      <w:r>
        <w:t>MATERIAL ERSTELLEN</w:t>
      </w:r>
    </w:p>
    <w:p>
      <w:r>
        <w:rPr>
          <w:i/>
        </w:rPr>
        <w:t>Quelle: Station-KI-Spione-in-der-digitalen-Welt-Checkliste-Materialien.pdf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Station KI Spione in der digitalen Welt Checkliste Materialien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