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Creative Writing Using Evaluative Language Digital worksheet  in Colourful Hand drawn style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Wie erkennen wir sie?</w:t>
      </w:r>
    </w:p>
    <w:p>
      <w:pPr>
        <w:pStyle w:val="Heading2"/>
      </w:pPr>
      <w:r>
        <w:t>Eine Schritt-für-Schritt-Anleitung</w:t>
      </w:r>
    </w:p>
    <w:p>
      <w:r>
        <w:t>Fake News sind gefährlich, weil sie oft falsche Informationen verbreiten, die Menschen verwirren oder Angst machen können. Sie können dazu führen, das</w:t>
      </w:r>
    </w:p>
    <w:p>
      <w:r>
        <w:t>s man Dinge glaubt, die gar nicht stimmen, und dadurch falsche Entscheidung</w:t>
      </w:r>
    </w:p>
    <w:p>
      <w:r>
        <w:t>en trifft. Manchmal werden Fake News absichtlich verbreitet, um Menschen zu manipulieren oder zu schaden. Wenn viele Leute Fake News teilen, können</w:t>
      </w:r>
    </w:p>
    <w:p>
      <w:r>
        <w:t>sie schnell großen Schaden anrichten, zum Beispiel, indem sie Streit oder Panik auslösen. Deshalb ist es wichtig, Nachrichten immer zu prüfen und sicherzustellen, d</w:t>
      </w:r>
    </w:p>
    <w:p>
      <w:r>
        <w:t>dass sie aus einer verlässlichen Quelle stammen.</w:t>
      </w:r>
    </w:p>
    <w:p>
      <w:r>
        <w:t>Klingt es zu verrückt, um wahr zu sein?</w:t>
      </w:r>
    </w:p>
    <w:p>
      <w:r>
        <w:t>Kommt der Artikel von einer bekannten oder v vertrauenswürdigen Seite?</w:t>
      </w:r>
    </w:p>
    <w:p>
      <w:r>
        <w:t>Kannst du die Info auch auf anderen vertrauenswürdigen Seiten finden?</w:t>
      </w:r>
    </w:p>
    <w:p>
      <w:r>
        <w:t>Sind die Bilder echt oder wirken sie bearbeitet ode r aus dem Zusammenhang gerissen?</w:t>
      </w:r>
    </w:p>
    <w:p>
      <w:r>
        <w:t>Löst der Artikel starke G Gefühle aus? (z.B. Wut oder Angst)</w:t>
      </w:r>
    </w:p>
    <w:p>
      <w:r>
        <w:t>Wenn du immer noch Zweifel hast, sprich mi t einem Erwachsenen oder melde es</w:t>
      </w:r>
    </w:p>
    <w:p>
      <w:r>
        <w:t>Ist der Autor bekannt oder v vertrauenswürdig?</w:t>
      </w:r>
    </w:p>
    <w:p>
      <w:r>
        <w:t>Überschrift lesen</w:t>
      </w:r>
    </w:p>
    <w:p>
      <w:r>
        <w:t>Quelle prüfen</w:t>
      </w:r>
    </w:p>
    <w:p>
      <w:r>
        <w:t>Autor prüfen</w:t>
      </w:r>
    </w:p>
    <w:p>
      <w:r>
        <w:t>Fakten vergleichen</w:t>
      </w:r>
    </w:p>
    <w:p>
      <w:r>
        <w:t>Bilder / Videos prüfen</w:t>
      </w:r>
    </w:p>
    <w:p>
      <w:r>
        <w:t>Gefühle hinterfragen</w:t>
      </w:r>
    </w:p>
    <w:p>
      <w:r>
        <w:t>Nachrichten melden</w:t>
      </w:r>
    </w:p>
    <w:p>
      <w:pPr>
        <w:pStyle w:val="Heading1"/>
      </w:pPr>
      <w:r>
        <w:t>FAKE-NEWS</w:t>
      </w:r>
    </w:p>
    <w:p>
      <w:r>
        <w:t>1</w:t>
      </w:r>
    </w:p>
    <w:p>
      <w:r>
        <w:t>2</w:t>
      </w:r>
    </w:p>
    <w:p>
      <w:r>
        <w:t>3</w:t>
      </w:r>
    </w:p>
    <w:p>
      <w:r>
        <w:t>4</w:t>
      </w:r>
    </w:p>
    <w:p>
      <w:r>
        <w:t>5</w:t>
      </w:r>
    </w:p>
    <w:p>
      <w:r>
        <w:t>6</w:t>
      </w:r>
    </w:p>
    <w:p>
      <w:r>
        <w:t>7</w:t>
      </w:r>
    </w:p>
    <w:p>
      <w:r>
        <w:rPr>
          <w:i/>
        </w:rPr>
        <w:t>Quelle: Wie-erkenne-ich-Fake-News.pdf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Writing Using Evaluative Language Digital worksheet  in Colourful Hand drawn style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