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Ein neues Buch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Anleitung Book Creator</w:t>
      </w:r>
    </w:p>
    <w:p>
      <w:pPr>
        <w:pStyle w:val="Heading2"/>
      </w:pPr>
      <w:r>
        <w:t>Seite 2</w:t>
      </w:r>
    </w:p>
    <w:p>
      <w:r>
        <w:t>13:41 Montag 27. Nov. 729%)</w:t>
      </w:r>
    </w:p>
    <w:p>
      <w:r>
        <w:t>13:41 Montag 27. Nov. 729%) ‚Meine Bücher Seiten Widerrufen Seite 2 (von 3)</w:t>
      </w:r>
    </w:p>
    <w:p>
      <w:r>
        <w:t>ma. Meine Bücher Seiten Widerrufen Seite 2 (von 3) + ® D</w:t>
      </w:r>
    </w:p>
    <w:p>
      <w:r/>
    </w:p>
    <w:p>
      <w:r/>
    </w:p>
    <w:p>
      <w:pPr>
        <w:pStyle w:val="Heading2"/>
      </w:pPr>
      <w:r>
        <w:t>Seite 3</w:t>
      </w:r>
    </w:p>
    <w:p>
      <w:r>
        <w:t>13:41 Montag 27. Nov. FI) 13:41 Montag 27. Nov. 79%)</w:t>
      </w:r>
    </w:p>
    <w:p>
      <w:r>
        <w:t>Meine Bücher Seiten Widerrufen Seite 2 (von 3) + ® D Meine Bücher Seiten Widerrufen Seite 2 (von 3) + © D</w:t>
      </w:r>
    </w:p>
    <w:p>
      <w:r>
        <w:t>2 3 A 8 7 8 + E R zZ | alslolrleinlaiKlılola SBBBBBEBHBBBES</w:t>
      </w:r>
    </w:p>
    <w:p>
      <w:r>
        <w:t>13:42 Montag 27. Nov. 1 22 13:42 Montag 27. Nov. Fa)</w:t>
      </w:r>
    </w:p>
    <w:p>
      <w:r>
        <w:t>13:41 Montag 27. Nov. 729% ad Meine Bücher Seiten Widerrufen Seite 2 (von 3) * [®) D Meine Bücher Seiten Widerrufen Seite 2 (von 3) + [®) D</w:t>
      </w:r>
    </w:p>
    <w:p>
      <w:r>
        <w:t>Meine Bücher Seiten Widerrufer Seite 2 (von 3) + ® D</w:t>
      </w:r>
    </w:p>
    <w:p>
      <w:r>
        <w:t>00:00:00</w:t>
      </w:r>
    </w:p>
    <w:p>
      <w:r>
        <w:t>Von iPad importieren &gt;</w:t>
      </w:r>
    </w:p>
    <w:p>
      <w:r/>
    </w:p>
    <w:p>
      <w:r/>
    </w:p>
    <w:p>
      <w:r/>
    </w:p>
    <w:p>
      <w:r/>
    </w:p>
    <w:p>
      <w:r/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Anleitung-Bookcreator_compressed.pdf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neues Buch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