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Bildkarten Diklusion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Quelle: Jasmine Seeberger (http://bilder.tibs.at/node/43218) Lizenz: CC BY-NC-SA 3.0 AT</w:t>
      </w:r>
    </w:p>
    <w:p>
      <w:r>
        <w:t>Quelle: Jasmine Seeberger (http://bilder.tibs.at/node/43353)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6722847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228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989283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989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Quelle: Education Group GmbH (http://bilder.tibs.at/node/24311) Lizenz: CC BY-NC-SA 3.0 AT</w:t>
      </w:r>
    </w:p>
    <w:p>
      <w:r>
        <w:t>Quelle: Education Group GmbH (http://bilder.tibs.at/node/24651)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4635328"/>
            <wp:docPr id="3" name="Picture 3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635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670037"/>
            <wp:docPr id="4" name="Picture 4" descr="Abbildung 2 aus dem Original, Seite 2 – Inhalt bitte im Original-PDF ansehen" title="Abbildung 2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670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Quelle: Education Group GmbH (http://bilder.tibs.at/node/24853) Lizenz: CC BY-NC-SA 3.0 AT</w:t>
      </w:r>
    </w:p>
    <w:p>
      <w:r>
        <w:t>Quelle: Education Group GmbH (http://bilder.tibs.at/node/24579)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4041023"/>
            <wp:docPr id="5" name="Picture 5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410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564772"/>
            <wp:docPr id="6" name="Picture 6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647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Quelle: Education Group GmbH (http://bilder.tibs.at/node/24289) Lizenz: CC BY-NC-SA 3.0 AT</w:t>
      </w:r>
    </w:p>
    <w:p>
      <w:r>
        <w:t>Quelle: Education Group GmbH (http://bilder.tibs.at/node/24235)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5264151"/>
            <wp:docPr id="7" name="Picture 7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641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8" name="Picture 8" descr="Abbildung 2 aus dem Original, Seite 4 – Inhalt bitte im Original-PDF ansehen" title="Abbildung 2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Quelle: Jasmine Seeberger (http://bilder.tibs.at/node/43234) Lizenz: CC BY-NC-SA 3.0 AT</w:t>
      </w:r>
    </w:p>
    <w:p>
      <w:r>
        <w:t>Quelle: Education Group GmbH (http://bilder.tibs.at/node/24739)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4906025"/>
            <wp:docPr id="9" name="Picture 9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906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232823"/>
            <wp:docPr id="10" name="Picture 10" descr="Abbildung 2 aus dem Original, Seite 5 – Inhalt bitte im Original-PDF ansehen" title="Abbildung 2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328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Quelle: Andrea Prock (http://bilder.tibs.at/node/326) Lizenz: CC BY-NC-SA 3.0 AT</w:t>
      </w:r>
    </w:p>
    <w:p>
      <w:r>
        <w:t>Quelle: Education Group GmbH (http://bilder.tibs.at/node/24608) Lizenz: CC BY-NC-SA 3.0 AT</w:t>
      </w:r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5928969"/>
            <wp:docPr id="11" name="Picture 11" descr="Abbildung 2 aus dem Original, Seite 6 – Inhalt bitte im Original-PDF ansehen" title="Abbildung 2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289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Quelle: Education Group GmbH (http://bilder.tibs.at/node/24174) Lizenz: CC BY-NC-SA 3.0 AT</w:t>
      </w:r>
    </w:p>
    <w:p>
      <w:r>
        <w:t>Quelle: Education Group GmbH (http://bilder.tibs.at/node/24789)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3915112"/>
            <wp:docPr id="12" name="Picture 12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15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27005"/>
            <wp:docPr id="13" name="Picture 13" descr="Abbildung 2 aus dem Original, Seite 7 – Inhalt bitte im Original-PDF ansehen" title="Abbildung 2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270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8</w:t>
      </w:r>
    </w:p>
    <w:p>
      <w:r>
        <w:t>Quelle: Education Group GmbH (http://bilder.tibs.at/node/24577) Lizenz: CC BY-NC-SA 3.0 AT</w:t>
      </w:r>
    </w:p>
    <w:p>
      <w:r>
        <w:t>Quelle: Education Group GmbH (http://bilder.tibs.at/node/24786)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5902500"/>
            <wp:docPr id="14" name="Picture 14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0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857143"/>
            <wp:docPr id="15" name="Picture 15" descr="Abbildung 2 aus dem Original, Seite 8 – Inhalt bitte im Original-PDF ansehen" title="Abbildung 2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57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9</w:t>
      </w:r>
    </w:p>
    <w:p>
      <w:r>
        <w:t>Quelle: Andrea Prock (http://bilder.tibs.at/node/156) Lizenz: CC BY-NC-SA 3.0 AT</w:t>
      </w:r>
    </w:p>
    <w:p>
      <w:r>
        <w:t>Quelle: Education Group GmbH (http://bilder.tibs.at/node/24212) Lizenz: CC BY-NC-SA 3.0 AT</w:t>
      </w:r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4689596"/>
            <wp:docPr id="16" name="Picture 16" descr="Abbildung 2 aus dem Original, Seite 9 – Inhalt bitte im Original-PDF ansehen" title="Abbildung 2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68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10</w:t>
      </w:r>
    </w:p>
    <w:p>
      <w:r>
        <w:t>Quelle: Education Group GmbH (http://bilder.tibs.at/node/24688) Lizenz: CC BY-NC-SA 3.0 AT</w:t>
      </w:r>
    </w:p>
    <w:p>
      <w:r>
        <w:t>Quelle: Education Group GmbH (http://bilder.tibs.at/node/24202)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2800709"/>
            <wp:docPr id="17" name="Picture 17" descr="Abbildung 1 aus dem Original, Seite 10 – Inhalt bitte im Original-PDF ansehen" title="Abbildung 1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007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780308"/>
            <wp:docPr id="18" name="Picture 18" descr="Abbildung 2 aus dem Original, Seite 10 – Inhalt bitte im Original-PDF ansehen" title="Abbildung 2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7803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11</w:t>
      </w:r>
    </w:p>
    <w:p>
      <w:r>
        <w:t>Quelle: Education Group GmbH (http://bilder.tibs.at/node/24201) Lizenz: CC BY-NC-SA 3.0 AT</w:t>
      </w:r>
    </w:p>
    <w:p>
      <w:r>
        <w:t>Quelle: Education Group GmbH (http://bilder.tibs.at/node/24325)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5426101"/>
            <wp:docPr id="19" name="Picture 19" descr="Abbildung 1 aus dem Original, Seite 11 – Inhalt bitte im Original-PDF ansehen" title="Abbildung 1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426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055780"/>
            <wp:docPr id="20" name="Picture 20" descr="Abbildung 2 aus dem Original, Seite 11 – Inhalt bitte im Original-PDF ansehen" title="Abbildung 2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55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12</w:t>
      </w:r>
    </w:p>
    <w:p>
      <w:r>
        <w:t>Quelle: Education Group GmbH (http://bilder.tibs.at/node/24255) Lizenz: CC BY-NC-SA 3.0 AT</w:t>
      </w:r>
    </w:p>
    <w:p>
      <w:r>
        <w:t>Quelle: Education Group GmbH (http://bilder.tibs.at/node/24619) Lizenz: CC BY-NC-SA 3.0 AT</w:t>
      </w:r>
    </w:p>
    <w:p>
      <w:r>
        <w:drawing>
          <wp:inline xmlns:a="http://schemas.openxmlformats.org/drawingml/2006/main" xmlns:pic="http://schemas.openxmlformats.org/drawingml/2006/picture">
            <wp:extent cx="5040000" cy="4017581"/>
            <wp:docPr id="21" name="Picture 21" descr="Abbildung 1 aus dem Original, Seite 12 – Inhalt bitte im Original-PDF ansehen" title="Abbildung 1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17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9953367"/>
            <wp:docPr id="22" name="Picture 22" descr="Abbildung 2 aus dem Original, Seite 12 – Inhalt bitte im Original-PDF ansehen" title="Abbildung 2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953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Bildkarten-Diklusion.pdf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Bildkarten Diklusion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