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Planungsrasterpdf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Zeiten Ca. 30min Ca. 20-30min Ca. 30-45min Ca. 40-60min Ca. 30-45min Ca.30min Phase Kennlernphase Kennenlernen, Orientierung</w:t>
      </w:r>
    </w:p>
    <w:p>
      <w:r>
        <w:t>Phase 1 Erarbeitung des Themas/Ideensammlung</w:t>
      </w:r>
    </w:p>
    <w:p>
      <w:r>
        <w:t>Phase 2 Ideensammlung/ kognitive Aktivierung</w:t>
      </w:r>
    </w:p>
    <w:p>
      <w:r>
        <w:t>Phase 3 Entwicklung des Produkts (Podcast)</w:t>
      </w:r>
    </w:p>
    <w:p>
      <w:r>
        <w:t>Phase 4 Fertigstellung des Produkts (Podcast)</w:t>
      </w:r>
    </w:p>
    <w:p>
      <w:r>
        <w:t>Phase 5 Reflexion</w:t>
      </w:r>
    </w:p>
    <w:p>
      <w:r>
        <w:t>Ziel der Phase Sich gegenseitig kennenzulernen, ein gutes Arbeitsklima schaffen, das Thema nahebringen und verständlich machen</w:t>
      </w:r>
    </w:p>
    <w:p>
      <w:r>
        <w:t>Verständnis vom Thema schaffen, Zuteilung von Berufen, Kinder stellen ihre eigenen Erwartungen , Interviewfragen erstellen</w:t>
      </w:r>
    </w:p>
    <w:p>
      <w:r>
        <w:t>Vorbereitung des Podcast, Selbstvertrauen aufbauen für den Podcast</w:t>
      </w:r>
    </w:p>
    <w:p>
      <w:r>
        <w:t>Interview Fragen stellen und das Interview aufnehmen</w:t>
      </w:r>
    </w:p>
    <w:p>
      <w:r>
        <w:t>Interview schneiden, auf Wunsch Intro/Outro und Musik hinzufügen</w:t>
      </w:r>
    </w:p>
    <w:p>
      <w:r>
        <w:t>Produkt präsentieren</w:t>
      </w:r>
    </w:p>
    <w:p>
      <w:r>
        <w:t>Aktion der Kinder (Was passiert in dieser Phase?)</w:t>
      </w:r>
    </w:p>
    <w:p>
      <w:r>
        <w:t>Kennlernspiele?</w:t>
      </w:r>
    </w:p>
    <w:p>
      <w:r>
        <w:t>Gespräch/Diskussion in den Kleingruppen über die jeweiligen Berufe , Interviewfragen vorbereiten</w:t>
      </w:r>
    </w:p>
    <w:p>
      <w:r>
        <w:t>App (Garageband) kennenlernen, Interviewfragen üben</w:t>
      </w:r>
    </w:p>
    <w:p>
      <w:r>
        <w:t>Interview führen mit den Erwachsenen, mit der App aufnehmen</w:t>
      </w:r>
    </w:p>
    <w:p>
      <w:r>
        <w:t>Interview mit der App selbst schneiden</w:t>
      </w:r>
    </w:p>
    <w:p>
      <w:r>
        <w:t>Podcast vorstellen, bei anderen Podcasts zuhören</w:t>
      </w:r>
    </w:p>
    <w:p>
      <w:r>
        <w:t>Teamteaching (Wer macht hier was?)</w:t>
      </w:r>
    </w:p>
    <w:p>
      <w:r>
        <w:t>SchülerInnen und Lehrkraft spielen gemeinsam</w:t>
      </w:r>
    </w:p>
    <w:p>
      <w:r>
        <w:t>Lehrkraft leitet an, Kinder erklären sich Berufe gegenseitig</w:t>
      </w:r>
    </w:p>
    <w:p>
      <w:r>
        <w:t>Lehrkraft unterstützt bei den Fragen und bei Problemen mit der App</w:t>
      </w:r>
    </w:p>
    <w:p>
      <w:r>
        <w:t>Lehrkraft betreut die einzelnen Gruppen</w:t>
      </w:r>
    </w:p>
    <w:p>
      <w:r>
        <w:t>Lehrkraft hilft beim Schneiden</w:t>
      </w:r>
    </w:p>
    <w:p>
      <w:r>
        <w:t>begleitet die Vorstellung des Podcasts</w:t>
      </w:r>
    </w:p>
    <w:p>
      <w:r>
        <w:t>Benötigtes Material</w:t>
      </w:r>
    </w:p>
    <w:p>
      <w:r>
        <w:t>/</w:t>
      </w:r>
    </w:p>
    <w:p>
      <w:r>
        <w:t>1-2 iPad pro Gruppe, QR-Code mit Hilfestellung, AB Fragestellungen</w:t>
      </w:r>
    </w:p>
    <w:p>
      <w:r>
        <w:t>1-2 iPad pro Gruppe, QR-Code mit Hilfestellung</w:t>
      </w:r>
    </w:p>
    <w:p>
      <w:r>
        <w:t>1-2 iPad pro</w:t>
      </w:r>
    </w:p>
    <w:p>
      <w:r>
        <w:t>Gruppe, QR Code mit</w:t>
      </w:r>
    </w:p>
    <w:p>
      <w:r>
        <w:t>1-2 iPad pro Gruppe, QR-Code mit Hilfestellung</w:t>
      </w:r>
    </w:p>
    <w:p>
      <w:r>
        <w:t>Hilfestellung Audiogerät mit gutem Ton</w:t>
      </w:r>
    </w:p>
    <w:p>
      <w:r>
        <w:t>Stolpersteine (Was könnten Schwierigkeiten in dieser Phase sein und wie könntet ihr diese lösen – „Vorentlastung“)</w:t>
      </w:r>
    </w:p>
    <w:p>
      <w:r>
        <w:t>Motivation der Kinder gering / Spiele nicht verständlich</w:t>
      </w:r>
    </w:p>
    <w:p>
      <w:r>
        <w:t>Kinder wissen nicht genug über das Thema Podcast oder bestimmte Berufe</w:t>
      </w:r>
    </w:p>
    <w:p>
      <w:r>
        <w:t>Unterschiedlich guter Umgang mit der Technik</w:t>
      </w:r>
    </w:p>
    <w:p>
      <w:r>
        <w:t>Erwachsenen reden zu lange, Kinder haben Angst ein Interview zu führen</w:t>
      </w:r>
    </w:p>
    <w:p>
      <w:r>
        <w:t>Zeit ist knapp Kinder fühlen sich unwohl beim Präsentieren, Kinder nicht so lange ruhig sitze</w:t>
      </w:r>
    </w:p>
    <w:p>
      <w:r>
        <w:t>Hilfsmaterial</w:t>
      </w:r>
    </w:p>
    <w:p>
      <w:r>
        <w:t>/</w:t>
      </w:r>
    </w:p>
    <w:p>
      <w:r>
        <w:t>Video zum Berufe kennen lernen Video zum Podcast-Beispiel AB Beispielfragen</w:t>
      </w:r>
    </w:p>
    <w:p>
      <w:r>
        <w:t>Hilfsvideo GarageBandEinführung und Hilfsvideo Aufnahme erstellen</w:t>
      </w:r>
    </w:p>
    <w:p>
      <w:r>
        <w:t>/</w:t>
      </w:r>
    </w:p>
    <w:p>
      <w:r>
        <w:t>Hilfsvideo Intro und Outro Hilfsvideo Schneiden Hilfsvideo Musik unterlegen</w:t>
      </w:r>
    </w:p>
    <w:p>
      <w:r>
        <w:t>/</w:t>
      </w:r>
    </w:p>
    <w:p>
      <w:r>
        <w:rPr>
          <w:i/>
        </w:rPr>
        <w:t>Quelle: Planungsrasterpdf.pdf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Planungsrasterpdf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