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Notizzettel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Beruf der Peron, die wir interviewen:</w:t>
      </w:r>
    </w:p>
    <w:p>
      <w:r>
        <w:t>Das möchte ich am Ende des Interviews sagen: (bedanken für das Interview, Abschiedsgruß,…)</w:t>
      </w:r>
    </w:p>
    <w:p>
      <w:r>
        <w:t>Das möchte ich vor dem Interview sagen: (Begrüßen, Ihr stellt euch vor,…)</w:t>
      </w:r>
    </w:p>
    <w:p>
      <w:r>
        <w:t>Das möchten wir von unserer Interviewparter:in wissen: (Fragen zum Beruf)</w:t>
      </w:r>
    </w:p>
    <w:p>
      <w:pPr>
        <w:pStyle w:val="Heading1"/>
      </w:pPr>
      <w:r>
        <w:t>1.</w:t>
      </w:r>
    </w:p>
    <w:p>
      <w:pPr>
        <w:pStyle w:val="Heading1"/>
      </w:pPr>
      <w:r>
        <w:t>2.</w:t>
      </w:r>
    </w:p>
    <w:p>
      <w:pPr>
        <w:pStyle w:val="Heading1"/>
      </w:pPr>
      <w:r>
        <w:t>3.</w:t>
      </w:r>
    </w:p>
    <w:p>
      <w:pPr>
        <w:pStyle w:val="Heading1"/>
      </w:pPr>
      <w:r>
        <w:t>4.</w:t>
      </w:r>
    </w:p>
    <w:p>
      <w:pPr>
        <w:pStyle w:val="Heading1"/>
      </w:pPr>
      <w:r>
        <w:t>5.</w:t>
      </w:r>
    </w:p>
    <w:p>
      <w:pPr>
        <w:pStyle w:val="Heading1"/>
      </w:pPr>
      <w:r>
        <w:t>(6.)</w:t>
      </w:r>
    </w:p>
    <w:p>
      <w:pPr>
        <w:pStyle w:val="Heading2"/>
      </w:pPr>
      <w:r>
        <w:t>BERUF</w:t>
      </w:r>
    </w:p>
    <w:p>
      <w:pPr>
        <w:pStyle w:val="Heading1"/>
      </w:pPr>
      <w:r>
        <w:t>NOTIZEN</w:t>
      </w:r>
    </w:p>
    <w:p>
      <w:r>
        <w:t>I N T E R V I E W F R A G E N S C H L U S S</w:t>
      </w:r>
    </w:p>
    <w:p>
      <w:pPr>
        <w:pStyle w:val="Heading1"/>
      </w:pPr>
      <w:r>
        <w:t>Vorbereitung des Interviews</w:t>
      </w:r>
    </w:p>
    <w:p>
      <w:r>
        <w:t>EINLEITUNG</w:t>
      </w:r>
    </w:p>
    <w:p>
      <w:r>
        <w:drawing>
          <wp:inline xmlns:a="http://schemas.openxmlformats.org/drawingml/2006/main" xmlns:pic="http://schemas.openxmlformats.org/drawingml/2006/picture">
            <wp:extent cx="5040000" cy="1369817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698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Notizen-Interview-1.pdf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Notizzettel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