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Stundenverlaufsskizze Podcast Tag komprimiert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Zeit Phase Verlauf Sozialform Material 8:00 – 8:25 Einstieg - Kurze Vorstellung - WARM-UP: Partner-Interview</w:t>
      </w:r>
    </w:p>
    <w:p>
      <w:r>
        <w:t>Plenum, Partnerarbeit</w:t>
      </w:r>
    </w:p>
    <w:p>
      <w:r>
        <w:t>Beamer/digitale Tafel 8:25 – 8:35 Organisatorisches - Besprechung: Verhaltensregeln - Thema: Berufe + Arbeitsauftrag: Podcast erstellen kurz Vorstellen - Tagesablauf vorstellen - Taskcards gemeinsam öffnen und besprechen</w:t>
      </w:r>
    </w:p>
    <w:p>
      <w:r>
        <w:t>Plenum Beamer/digitale Tafel, IPads</w:t>
      </w:r>
    </w:p>
    <w:p>
      <w:r>
        <w:t>8:35 – 9:00 Erarbeitung 1</w:t>
      </w:r>
    </w:p>
    <w:p>
      <w:r>
        <w:t>➔Was ist ein</w:t>
      </w:r>
    </w:p>
    <w:p>
      <w:r>
        <w:t>Podcast?</w:t>
      </w:r>
    </w:p>
    <w:p>
      <w:r>
        <w:t>- Vorwissensabfrage an der Tafel/mündlich „Was ist ein Podcast? Habt ihr schonmal einen Podcast gehört? Wie hieß der Podcast, den ihr gehört habt?“ - Erarbeitung der Grundlagen am Ipad Taskcards -&gt; Was ist ein Podcast? - Kahoot-Quiz: Aufnahmeregeln</w:t>
      </w:r>
    </w:p>
    <w:p>
      <w:r>
        <w:t>Plenum Partnerarbeit Plenum</w:t>
      </w:r>
    </w:p>
    <w:p>
      <w:r>
        <w:t>/ iPad iPad, digitale Tafel 9:00 – 9:15 Vorbereitung Vorberitung des Interviews</w:t>
      </w:r>
    </w:p>
    <w:p>
      <w:r>
        <w:t>- Planung des Interviewablaufs inkl Begrüßung, Abschied - Überlegen und Formulieren von Interviewfragen (Hilfe in den taskcards: Vorbereitung auf das Podcast-Interview) -&gt; Fragen auf dem Arbeitsblatt festhalten - Besprechen der Arbeitsteilung</w:t>
      </w:r>
    </w:p>
    <w:p>
      <w:r>
        <w:t>Partnerarbeit iPad, Arbeitsblatt</w:t>
      </w:r>
    </w:p>
    <w:p>
      <w:r>
        <w:t>9:15 – 9:25 Frühstückspause 9:25 – 9:40 Erarbeitung 2</w:t>
      </w:r>
    </w:p>
    <w:p>
      <w:r>
        <w:t>➔Wie nehme</w:t>
      </w:r>
    </w:p>
    <w:p>
      <w:r>
        <w:t>ich einen Podcast auf?</w:t>
      </w:r>
    </w:p>
    <w:p>
      <w:r>
        <w:t>- Taskcards: Wie nehme ich einen Podcast auf? - Video-Anleitung: Aufnehmen mit GarageBand ansehen - Aufnahmefunktion von GarageBand testen</w:t>
      </w:r>
    </w:p>
    <w:p>
      <w:r>
        <w:t>Partnerarbeit iPads</w:t>
      </w:r>
    </w:p>
    <w:p>
      <w:r>
        <w:t>9:40 – 9:55 Hofpause 9:55 – 10:35 Durchführung des Interviews</w:t>
      </w:r>
    </w:p>
    <w:p>
      <w:r>
        <w:t>- Teams gehen mit Großeltern in eine ruhige Ecke und nehmen das Interview mit GarageBand auf</w:t>
      </w:r>
    </w:p>
    <w:p>
      <w:r>
        <w:t>Partnerarbeit iPads, Arbeitsblatt</w:t>
      </w:r>
    </w:p>
    <w:p>
      <w:pPr>
        <w:pStyle w:val="Heading2"/>
      </w:pPr>
      <w:r>
        <w:t>Seite 2</w:t>
      </w:r>
    </w:p>
    <w:p>
      <w:r>
        <w:t>10:35 – 11:20</w:t>
      </w:r>
    </w:p>
    <w:p>
      <w:r>
        <w:t>Erarbeitung 3 ➔Wie schneide ich meinen Podcast?</w:t>
      </w:r>
    </w:p>
    <w:p>
      <w:r>
        <w:t>- Taskcards: Wie schneide ich meinen Podcast? - Video-Anleitung: Tonaufnahme kopieren (Interview Aufnahme wird gesichert) - Video-Anleitung: Podcast schneiden - Tonaufnahmen mithilfe Anleitung schneiden - Video-Anleitung: Podcast speichern - Geschnittenes Tonmaterial abspeichern</w:t>
      </w:r>
    </w:p>
    <w:p>
      <w:r>
        <w:t>Partnerarbeit iPads</w:t>
      </w:r>
    </w:p>
    <w:p>
      <w:r>
        <w:t>11:20 – 11:30</w:t>
      </w:r>
    </w:p>
    <w:p>
      <w:r>
        <w:t>Hofpause</w:t>
      </w:r>
    </w:p>
    <w:p>
      <w:r>
        <w:t>11:30 – 11:45</w:t>
      </w:r>
    </w:p>
    <w:p>
      <w:r>
        <w:t>Feinschliff - Titelbzw. Outromusik bei Pixabay aussuchen - Song bei Pixabay herunterladen und in GarageBand importieren -&gt; Video-Anleitung: Musik herunterladen und speichern; Musik einfügen - Optional: fade-in /-out erstellen -&gt; Video-Anleitung: Übergang zwischen Musik und Interview - Optional 2: Coverbild für Podcast malen</w:t>
      </w:r>
    </w:p>
    <w:p>
      <w:r>
        <w:t>Partnerarbeit iPads, (Papier und Buntstifte)</w:t>
      </w:r>
    </w:p>
    <w:p>
      <w:r>
        <w:t>11:45 – 12:00</w:t>
      </w:r>
    </w:p>
    <w:p>
      <w:r>
        <w:t>Abschluss - Anhören von Podcast-Ausschnitten - Kurze Reflexion mit Daumenfeedback</w:t>
      </w:r>
    </w:p>
    <w:p>
      <w:r>
        <w:t>Plenum IPad</w:t>
      </w:r>
    </w:p>
    <w:p>
      <w:r>
        <w:rPr>
          <w:i/>
        </w:rPr>
        <w:t>Quelle: Stundenverlaufsskizze-Podcast-Tag-komprimiert.pdf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Stundenverlaufsskizze Podcast Tag komprimiert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