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Tagesablauf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8:35 - 9:00</w:t>
      </w:r>
    </w:p>
    <w:p>
      <w:r>
        <w:t>Uhr Was ist ein Podcast?</w:t>
      </w:r>
    </w:p>
    <w:p>
      <w:r>
        <w:t>9:00 - 9:15</w:t>
      </w:r>
    </w:p>
    <w:p>
      <w:r>
        <w:t>Uhr</w:t>
      </w:r>
    </w:p>
    <w:p>
      <w:r>
        <w:t>Vorbereitung des Podcast-</w:t>
      </w:r>
    </w:p>
    <w:p>
      <w:r>
        <w:t>Interviews</w:t>
      </w:r>
    </w:p>
    <w:p>
      <w:r>
        <w:t>9:15 - 9:25</w:t>
      </w:r>
    </w:p>
    <w:p>
      <w:r>
        <w:t>Uhr Frühstückspause</w:t>
      </w:r>
    </w:p>
    <w:p>
      <w:r>
        <w:t>9:25 - 9:40</w:t>
      </w:r>
    </w:p>
    <w:p>
      <w:r>
        <w:t>Uhr</w:t>
      </w:r>
    </w:p>
    <w:p>
      <w:r>
        <w:t>Wie nehme ich einen Podcast</w:t>
      </w:r>
    </w:p>
    <w:p>
      <w:r>
        <w:t>auf?</w:t>
      </w:r>
    </w:p>
    <w:p>
      <w:r>
        <w:t>9:40 - 9:55</w:t>
      </w:r>
    </w:p>
    <w:p>
      <w:r>
        <w:t>Uhr Hofpause</w:t>
      </w:r>
    </w:p>
    <w:p>
      <w:r>
        <w:t>9:55 - 10:35</w:t>
      </w:r>
    </w:p>
    <w:p>
      <w:r>
        <w:t>Uhr Das Podcast-Interview</w:t>
      </w:r>
    </w:p>
    <w:p>
      <w:r>
        <w:t>10:35 - 11:20</w:t>
      </w:r>
    </w:p>
    <w:p>
      <w:r>
        <w:t>Uhr</w:t>
      </w:r>
    </w:p>
    <w:p>
      <w:r>
        <w:t>Wie schneide ich meinen</w:t>
      </w:r>
    </w:p>
    <w:p>
      <w:r>
        <w:t>Podcast</w:t>
      </w:r>
    </w:p>
    <w:p>
      <w:r>
        <w:t>11:20 - 11:30</w:t>
      </w:r>
    </w:p>
    <w:p>
      <w:r>
        <w:t>Uhr Hofpause</w:t>
      </w:r>
    </w:p>
    <w:p>
      <w:r>
        <w:t>11:30 - 11:45</w:t>
      </w:r>
    </w:p>
    <w:p>
      <w:r>
        <w:t>Uhr Der Podcast-Feinschliff</w:t>
      </w:r>
    </w:p>
    <w:p>
      <w:r>
        <w:t>11:45 - 12:00</w:t>
      </w:r>
    </w:p>
    <w:p>
      <w:r>
        <w:t>Uhr Abschluss</w:t>
      </w:r>
    </w:p>
    <w:p>
      <w:r>
        <w:t>8:00 - 8:25</w:t>
      </w:r>
    </w:p>
    <w:p>
      <w:r>
        <w:t>Uhr Warm-Up: Partner-Interview</w:t>
      </w:r>
    </w:p>
    <w:p>
      <w:r>
        <w:t>8:25 - 8:35</w:t>
      </w:r>
    </w:p>
    <w:p>
      <w:r>
        <w:t>Uhr Organisatorisches</w:t>
      </w:r>
    </w:p>
    <w:p>
      <w:pPr>
        <w:pStyle w:val="Heading1"/>
      </w:pPr>
      <w:r>
        <w:t>Tagesablauf</w:t>
      </w:r>
    </w:p>
    <w:p>
      <w:r>
        <w:t>Mittwoch, 28.05.2024 Grundschule Wanderup</w:t>
      </w:r>
    </w:p>
    <w:p>
      <w:r>
        <w:t>Projekttag</w:t>
      </w:r>
    </w:p>
    <w:p>
      <w:pPr>
        <w:pStyle w:val="Heading1"/>
      </w:pPr>
      <w:r>
        <w:t>Berufe-Podcasts</w:t>
      </w:r>
    </w:p>
    <w:p>
      <w:r/>
    </w:p>
    <w:p>
      <w:r/>
    </w:p>
    <w:p>
      <w:r/>
    </w:p>
    <w:p>
      <w:r/>
    </w:p>
    <w:p>
      <w:r/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3978137"/>
            <wp:docPr id="1" name="Picture 1" descr="Abbildung 7 aus dem Original, Seite 1 – Inhalt bitte im Original-PDF ansehen" title="Abbildung 7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781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Tagesablauf.pdf.pdf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Tagesablauf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