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Webite Dikusion Vorbereitungen – Kopie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Allgemein, robotics and coding</w:t>
      </w:r>
    </w:p>
    <w:p>
      <w:r>
        <w:t>Tag und Uhrzeit Phase Phase 1 Einleitung: Kennenlernen,</w:t>
      </w:r>
    </w:p>
    <w:p>
      <w:r>
        <w:t>Phase 2 Hinführung</w:t>
      </w:r>
    </w:p>
    <w:p>
      <w:r>
        <w:t>Phase 3 Stationsarbeit/ Erarbeitung</w:t>
      </w:r>
    </w:p>
    <w:p>
      <w:r>
        <w:t>Phase 4 Ergebnissicherung/ Reflexion</w:t>
      </w:r>
    </w:p>
    <w:p>
      <w:r>
        <w:t>Phase 5 Abschluss, Fazit</w:t>
      </w:r>
    </w:p>
    <w:p>
      <w:r>
        <w:t>Ziel der Phase Kinder sollen einen genauen Überblick über den Stundenaufbau bekommen sowie über das Ziel der Stunde Orientierung schaffen</w:t>
      </w:r>
    </w:p>
    <w:p>
      <w:r>
        <w:t>Einstieg in die Programmierung Kritisches Denken &amp; Problemlösefähigkeit entwickeln Selbstgesteuertes Lernen Eigenständiges Lernen</w:t>
      </w:r>
    </w:p>
    <w:p>
      <w:r>
        <w:t>Lernen der Ablaufprogrammierung anhand von anwendungsbasierten Übungen Förderung der MINTFähigkeiten Problemlösefähigkeit stärken Kreatives Denken fördern</w:t>
      </w:r>
    </w:p>
    <w:p>
      <w:r>
        <w:t>Präsentiere der Ergebnisse in der Gruppe Kinder sollen ihr eigenes Verhalten/ Arbeit reflektieren Kinder sollen die Arbeit der anderen konstruktiv bewerten</w:t>
      </w:r>
    </w:p>
    <w:p>
      <w:r>
        <w:t>Kinder sind in der Lage, ihren Arbeitsplatz vollständig aufzuräumen &amp; sachgemäß alles wieder einzuräumen</w:t>
      </w:r>
    </w:p>
    <w:p>
      <w:r>
        <w:t>Aktion der Kinder (Was passiert in dieser Phase?)</w:t>
      </w:r>
    </w:p>
    <w:p>
      <w:r>
        <w:t>Unterricht um Plenum, Kinder sind nach vorne gewandt und hören zu Kinder basteln Namensschilder (Kreppband &amp; Stifte</w:t>
      </w:r>
    </w:p>
    <w:p>
      <w:r>
        <w:t>Einzelarbeit mit den Laptops &amp; der LightbotApp Kinder lesen sich die Aufgabenstellung durch &amp; bearbeiten diese</w:t>
      </w:r>
    </w:p>
    <w:p>
      <w:r>
        <w:t>Zusammenfindung in Zwei Gruppen (1x3er &amp; 1x 4er Gruppe) Aufteilung auf zwei unterschiedliche Räume/ Ecken Bearbeitung der Aufgaben in Gruppenarbeit → genauer Anleitung &amp; Aufgabenstellung Dokumentation des Prozesses &amp; der Ergebnisse mit dem BookCreator Genaue Aufgabenverteilung: 1 Kind arbeitet mit dem Roboter/ Drohne, ein Kind dokumentiert den Prozess (Video) → genauer in der Anleitung</w:t>
      </w:r>
    </w:p>
    <w:p>
      <w:r>
        <w:t>Kinder stellen Ihre Ergebnisse gegenseitig vor Während der Vorstellung beantworten alle Kinder der anderen Gruppe den Reflexionsbogen</w:t>
      </w:r>
    </w:p>
    <w:p>
      <w:pPr>
        <w:pStyle w:val="ListBullet"/>
      </w:pPr>
      <w:r>
        <w:t>Reflexion der eigenen Arbeit</w:t>
      </w:r>
    </w:p>
    <w:p>
      <w:pPr>
        <w:pStyle w:val="ListBullet"/>
      </w:pPr>
      <w:r>
        <w:t>gegenseitige Reflexion (startend mit der Honigdusche) Gemeinsame Reflexion, was nächstes Mal besser gemacht werden könnte → Festhalten auf der PPT (der Gruppe)</w:t>
      </w:r>
    </w:p>
    <w:p>
      <w:r>
        <w:t>Kinder räumen selbstständig ihren Arbeitsplatz auf &amp; packen die Ipads wieder zum Laden in die Kiste Verabschiedung</w:t>
      </w:r>
    </w:p>
    <w:p>
      <w:r>
        <w:t>Teamteaching (Wer macht hier was?)</w:t>
      </w:r>
    </w:p>
    <w:p>
      <w:r>
        <w:t>Vorstellung des Teams (mit du &amp; Vornamen)</w:t>
      </w:r>
    </w:p>
    <w:p>
      <w:r>
        <w:t>Alle Teamleiter sind im Raum, laufen herum, unterstützen die Kinder</w:t>
      </w:r>
    </w:p>
    <w:p>
      <w:r>
        <w:t>Julie &amp; = Mika KI Roboter Patrik &amp; = Tello Drohne</w:t>
      </w:r>
    </w:p>
    <w:p>
      <w:r>
        <w:t>Ganzes Team im Stuhlkreis Einer leitet die Präsentationen an</w:t>
      </w:r>
    </w:p>
    <w:p>
      <w:r>
        <w:t>Benötigtes Material</w:t>
      </w:r>
    </w:p>
    <w:p>
      <w:r>
        <w:t>Präsentation, Smartboard/ Laptop &amp; Beamer, HDMIKabel, Adapter, Stift, Kreppband</w:t>
      </w:r>
    </w:p>
    <w:p>
      <w:r>
        <w:t>Tabletts, Book-creatorAnleitung</w:t>
      </w:r>
    </w:p>
    <w:p>
      <w:r>
        <w:t>Tello Drohne Mika KI Roboter Ipads Bookcreator Anleitung</w:t>
      </w:r>
    </w:p>
    <w:p>
      <w:r>
        <w:t>Smartboard/ Beamer &amp; Laptop Tello Drohne Mika KI Roboter Ipads</w:t>
      </w:r>
    </w:p>
    <w:p>
      <w:r>
        <w:t>Stolpersteine (Was könnten Schwierigkeiten in dieser Phase sein und wie könntet ihr diese lösen – „Vorentlastung“)</w:t>
      </w:r>
    </w:p>
    <w:p>
      <w:r>
        <w:t>Kinder trauen sich nicht, bei Unklarheiten zu Fragen → genaue, präzise Fragen stellen, um herauszufinden, ob sie das verstanden haben → dann ggf, nochmal erläutern Sprachbarrieren</w:t>
      </w:r>
    </w:p>
    <w:p>
      <w:r>
        <w:t>Kinder verstehen die Aufgabe nicht Niedrige Frustrationsgrenze der Kinder → geben schnell auf Keine persönliche Beziehung zu den Kindern</w:t>
      </w:r>
    </w:p>
    <w:p>
      <w:r>
        <w:t>Sonstiges Klassenraum vorher vorbereiten Ipads laden</w:t>
      </w:r>
    </w:p>
    <w:p>
      <w:r>
        <w:rPr>
          <w:i/>
        </w:rPr>
        <w:t>Quelle: Webite-Dikusion-Vorbereitungen-–-Kopie.pdf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Webite Dikusion Vorbereitungen – Kopie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