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Teil 3: Barrierefreies Posten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Teil 3: Barrierefreies Posten</w:t>
      </w:r>
    </w:p>
    <w:p>
      <w:r>
        <w:t>Unser Ziel ist das Posten von barrierefreien Beiträgen. Auch Menschen mit beeinträchtigtem Sehvermögen sollen den Post verstehen können.</w:t>
      </w:r>
    </w:p>
    <w:p>
      <w:r>
        <w:t>Überlege dir, wie du den Text so schreiben kannst, damit der Inhalt für alle Menschen einfach zu verstehen ist.</w:t>
      </w:r>
    </w:p>
    <w:p>
      <w:r>
        <w:t>Aufgabe: Schreibe zu dem Post auf Seite 6 eine Bildbeschreibung. Du kannst dir aussuchen, ob du diese Aufgabe allein oder in Partnerarbeit bearbeitest.</w:t>
      </w:r>
    </w:p>
    <w:p>
      <w:pPr>
        <w:pStyle w:val="Heading2"/>
      </w:pPr>
      <w:r>
        <w:t>Hier einige Tipps:</w:t>
      </w:r>
    </w:p>
    <w:p>
      <w:r>
        <w:t>✍ Verwende kurze Sätze</w:t>
      </w:r>
    </w:p>
    <w:p>
      <w:r>
        <w:t>💭 Erkläre in jedem Satz nur einen Gedanken</w:t>
      </w:r>
    </w:p>
    <w:p>
      <w:r>
        <w:t>🔝 Die wichtigste Information steht vorn</w:t>
      </w:r>
    </w:p>
    <w:p>
      <w:r>
        <w:t>🌎 Verzichte auf Fremdwörter</w:t>
      </w:r>
    </w:p>
    <w:p>
      <w:r>
        <w:t>❓ Erkläre schwierige Wörter und Begriffe</w:t>
      </w:r>
    </w:p>
    <w:p>
      <w:r>
        <w:t>🖊 Nutze kurze Wörter</w:t>
      </w:r>
    </w:p>
    <w:p>
      <w:r>
        <w:t>🗣 Vermeide Sprichwörter und Metaphern</w:t>
      </w:r>
    </w:p>
    <w:p>
      <w:r>
        <w:t>🚧 Vermeide Abkürzungen</w:t>
      </w:r>
    </w:p>
    <w:p>
      <w:r>
        <w:t>🔄 Vermeide Synonyme, verwende denselben Begriff # Verwende eindeutige Hashtags ohne Emojis</w:t>
      </w:r>
    </w:p>
    <w:p>
      <w:r>
        <w:t>👩💻 Schreibe die Hashtags wie folgt: #DiklusionMachtSpaß anstatt #dikulsionmachtspaß</w:t>
      </w:r>
    </w:p>
    <w:p>
      <w:r>
        <w:t>CC BY-SA-NC 4.0. arasaac.org</w:t>
      </w:r>
    </w:p>
    <w:p>
      <w:pPr>
        <w:pStyle w:val="Heading2"/>
      </w:pPr>
      <w:r>
        <w:t>Seite 2</w:t>
      </w:r>
    </w:p>
    <w:p>
      <w:pPr>
        <w:pStyle w:val="Heading1"/>
      </w:pPr>
      <w:r>
        <w:t>Instagram Post</w:t>
      </w:r>
    </w:p>
    <w:p>
      <w:pPr>
        <w:pStyle w:val="Heading2"/>
      </w:pPr>
      <w:r>
        <w:t>Link: https://www.instagram.com/p/ClQmIxAsBOs/</w:t>
      </w:r>
    </w:p>
    <w:p>
      <w:r>
        <w:t>CC BY-SA-NC 4.0. arasaac.org</w:t>
      </w:r>
    </w:p>
    <w:p>
      <w:r/>
    </w:p>
    <w:p>
      <w:r>
        <w:rPr>
          <w:i/>
        </w:rPr>
        <w:t>Quelle: Barrierefreies-Posten.pdf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 3: Barrierefreies Posten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