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Beispiele fuer Moderationskarten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Diklusion</w:t>
      </w:r>
    </w:p>
    <w:p>
      <w:r>
        <w:t>ER ee</w:t>
      </w:r>
    </w:p>
    <w:p>
      <w:r>
        <w:t>Inklusion. Bei:</w:t>
      </w:r>
    </w:p>
    <w:p>
      <w:r>
        <w:t>klusion 2 Teilhabe füc alle i in ler ee auf der Arbeit</w:t>
      </w:r>
    </w:p>
    <w:p>
      <w:r>
        <w:t>Allen überall</w:t>
      </w:r>
    </w:p>
    <w:p>
      <w:r>
        <w:t>Orienkerang, | li Ge</w:t>
      </w:r>
    </w:p>
    <w:p>
      <w:r>
        <w:t>KörperforX , er</w:t>
      </w:r>
    </w:p>
    <w:p>
      <w:r>
        <w:t>2 PBacri er efcesheit r</w:t>
      </w:r>
    </w:p>
    <w:p>
      <w:r>
        <w:t>Pazriece 2 Hindernis</w:t>
      </w:r>
    </w:p>
    <w:p>
      <w:r>
        <w:t>N Ad =</w:t>
      </w:r>
    </w:p>
    <w:p>
      <w:r>
        <w:t>ohne m unnöhse“ K N</w:t>
      </w:r>
    </w:p>
    <w:p>
      <w:r>
        <w:t>nutzen un En re</w:t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Beispiele-fuer-Moderationskarten.pdf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Beispiele fuer Moderationskarten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