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Teil 1: Einfache Sprache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1"/>
      </w:pPr>
      <w:r>
        <w:t>Teil 1: Einfache Sprache</w:t>
      </w:r>
    </w:p>
    <w:p>
      <w:r>
        <w:t>Was ist Einfache Sprache?</w:t>
      </w:r>
    </w:p>
    <w:p>
      <w:r>
        <w:t>„Einfache Sprache“ - das ist ein Konzept, das Texte stark vereinfacht. Einfache Sprache ist leichter zu lesen. Texte in Einfacher Sprache haben zum Beispiel:</w:t>
      </w:r>
    </w:p>
    <w:p>
      <w:r>
        <w:t>Leichte Wörter Kurze Sätze Bilder</w:t>
      </w:r>
    </w:p>
    <w:p>
      <w:r>
        <w:t>Warum gibt es „Einfache Sprache“?</w:t>
      </w:r>
    </w:p>
    <w:p>
      <w:r>
        <w:t>Es gibt viele Menschen auf der Welt die schwierige und lange Sätze nicht gut verstehen können. Dazu können Menschen zählen, die eine Sprache noch nicht perfekt verstehen, aber auch alte Menschen, Menschen mit Beeinträchtigung oder Lern-Schwierigkeiten. Mit Hilfe einer einfachen Sprache haben alle Menschen die Möglichkeit Informationen besser zu verstehen.</w:t>
      </w:r>
    </w:p>
    <w:p>
      <w:r>
        <w:t>Aufgabenstellung</w:t>
      </w:r>
    </w:p>
    <w:p>
      <w:r>
        <w:t>Öffne den Post auf Seite 2 und lies dir den Beitrag durch.</w:t>
      </w:r>
    </w:p>
    <w:p>
      <w:r>
        <w:t>Notiere deine Erfahrungen. Du kannst dir aussuchen, ob du deine Erfahrungen aufschreiben möchtest oder ob du sie per Audiodatei einfügen möchtest.</w:t>
      </w:r>
    </w:p>
    <w:p>
      <w:pPr>
        <w:pStyle w:val="ListBullet"/>
      </w:pPr>
      <w:r>
        <w:t>Wie hast du dich beim Lesen gefühlt?</w:t>
      </w:r>
    </w:p>
    <w:p>
      <w:pPr>
        <w:pStyle w:val="ListBullet"/>
      </w:pPr>
      <w:r>
        <w:t>War der Beitrag für dich schwierig formuliert?</w:t>
      </w:r>
    </w:p>
    <w:p>
      <w:pPr>
        <w:pStyle w:val="ListBullet"/>
      </w:pPr>
      <w:r>
        <w:t>Welche Rolle spielt einfache Sprache beim Posten? Warum könnte sie wichtig sein?</w:t>
      </w:r>
    </w:p>
    <w:p>
      <w:r>
        <w:t>CC BY-SA-NC 4.0. arasaac.org</w:t>
      </w:r>
    </w:p>
    <w:p>
      <w:r/>
    </w:p>
    <w:p>
      <w:pPr>
        <w:pStyle w:val="Heading2"/>
      </w:pPr>
      <w:r>
        <w:t>Seite 2</w:t>
      </w:r>
    </w:p>
    <w:p>
      <w:pPr>
        <w:pStyle w:val="Heading1"/>
      </w:pPr>
      <w:r>
        <w:t>Instagram Post</w:t>
      </w:r>
    </w:p>
    <w:p>
      <w:pPr>
        <w:pStyle w:val="Heading1"/>
      </w:pPr>
      <w:r>
        <w:t>Link: https://www.instagram.com/p/ClQf5obMnW2/</w:t>
      </w:r>
    </w:p>
    <w:p>
      <w:r>
        <w:t>CC BY-SA-NC 4.0. arasaac.org</w:t>
      </w:r>
    </w:p>
    <w:p>
      <w:r/>
    </w:p>
    <w:p>
      <w:r>
        <w:rPr>
          <w:i/>
        </w:rPr>
        <w:t>Quelle: Einfache-Sprache.pdf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Teil 1: Einfache Sprache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