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Moderationskarten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2"/>
      </w:pPr>
      <w:r>
        <w:t>Moderationskarten</w:t>
      </w:r>
    </w:p>
    <w:p>
      <w:pPr>
        <w:pStyle w:val="ListBullet"/>
      </w:pPr>
      <w:r>
        <w:t>Begrüßung</w:t>
      </w:r>
    </w:p>
    <w:p>
      <w:r>
        <w:t>Herzlich Willkommen...</w:t>
      </w:r>
    </w:p>
    <w:p>
      <w:r>
        <w:t>Schön, dass ihr alle hier seid...</w:t>
      </w:r>
    </w:p>
    <w:p>
      <w:pPr>
        <w:pStyle w:val="ListBullet"/>
      </w:pPr>
      <w:r>
        <w:t>Vorstellung</w:t>
      </w:r>
    </w:p>
    <w:p>
      <w:r>
        <w:t>Wir sind....</w:t>
      </w:r>
    </w:p>
    <w:p>
      <w:r>
        <w:t>Wir sind Medienscouts...</w:t>
      </w:r>
    </w:p>
    <w:p>
      <w:r>
        <w:t>Wir führen heute 2 Unterrichtsstunden mit euch durch...</w:t>
      </w:r>
    </w:p>
    <w:p>
      <w:r>
        <w:t>Das Thema ist Barrierefreiheit auf Instagram. Was Barrierefreiheit heißt, erfahrt</w:t>
      </w:r>
    </w:p>
    <w:p>
      <w:r>
        <w:t>ihr später.</w:t>
      </w:r>
    </w:p>
    <w:p>
      <w:r>
        <w:t>Auch Studierende stellen sich kurz vor...</w:t>
      </w:r>
    </w:p>
    <w:p>
      <w:pPr>
        <w:pStyle w:val="ListBullet"/>
      </w:pPr>
      <w:r>
        <w:t>Regeln</w:t>
      </w:r>
    </w:p>
    <w:p>
      <w:r>
        <w:t>Am Anfang möchten wir gerne ein paar Regeln mit euch besprechen. Es ist</w:t>
      </w:r>
    </w:p>
    <w:p>
      <w:r>
        <w:t>wichtig, dass alle versuchen die Regeln einzuhalten, damit wir gemeinsam</w:t>
      </w:r>
    </w:p>
    <w:p>
      <w:r>
        <w:t>Spaß haben und wichtige Dinge lernen können.</w:t>
      </w:r>
    </w:p>
    <w:p>
      <w:r>
        <w:t>Wir gehen respektvoll miteinander um.</w:t>
      </w:r>
    </w:p>
    <w:p>
      <w:r>
        <w:t>Wir hören uns zu.</w:t>
      </w:r>
    </w:p>
    <w:p>
      <w:r>
        <w:t>Wir reden nicht dazwischen.</w:t>
      </w:r>
    </w:p>
    <w:p>
      <w:r>
        <w:t>Wir melden uns, wenn wir etwas nicht verstehen oder Fragen haben.</w:t>
      </w:r>
    </w:p>
    <w:p>
      <w:r>
        <w:t>Noch eine kurze Information. Um Instagram zu benutzen, muss man</w:t>
      </w:r>
    </w:p>
    <w:p>
      <w:r>
        <w:t>mindestens 13 Jahre alt sein. Auch wenn die meisten von euch wahrscheinlich</w:t>
      </w:r>
    </w:p>
    <w:p>
      <w:r>
        <w:t>schon Instagram benutzen. Deshalb können wir später leider nicht direkt auf</w:t>
      </w:r>
    </w:p>
    <w:p>
      <w:r>
        <w:t>Instagram gehen, sondern benutzen nur Fotos.</w:t>
      </w:r>
    </w:p>
    <w:p>
      <w:pPr>
        <w:pStyle w:val="ListBullet"/>
      </w:pPr>
      <w:r>
        <w:t>Video</w:t>
      </w:r>
    </w:p>
    <w:p>
      <w:r>
        <w:t>Jetzt zeigen wir euch ein kurzes Video bei YouTube. Bitte passt gut auf, weil</w:t>
      </w:r>
    </w:p>
    <w:p>
      <w:r>
        <w:t>wir euch danach ein paar Fragen dazu stellen.</w:t>
      </w:r>
    </w:p>
    <w:p>
      <w:r>
        <w:t>Video wird abgespielt</w:t>
      </w:r>
    </w:p>
    <w:p>
      <w:pPr>
        <w:pStyle w:val="Heading2"/>
      </w:pPr>
      <w:r>
        <w:t>Seite 2</w:t>
      </w:r>
    </w:p>
    <w:p>
      <w:pPr>
        <w:pStyle w:val="ListBullet"/>
      </w:pPr>
      <w:r>
        <w:t>Umfrage</w:t>
      </w:r>
    </w:p>
    <w:p>
      <w:r>
        <w:t>Als nächsten haben wir ein paar Fragen zu dem Video. Scannt dafür bitte den</w:t>
      </w:r>
    </w:p>
    <w:p>
      <w:r>
        <w:t>QR-Code mit eurem IPad und versucht die Fragen zu beantworten.</w:t>
      </w:r>
    </w:p>
    <w:p>
      <w:r>
        <w:t>Wobei/Warum haben die Personen Probleme?</w:t>
      </w:r>
    </w:p>
    <w:p>
      <w:r>
        <w:t>-Der Mann kann das Café nicht betreten, weil der Eingang Treppen hat.</w:t>
      </w:r>
    </w:p>
    <w:p>
      <w:r>
        <w:t>-Die Frau ist stumm und kann nicht nach Hilfe fragen.</w:t>
      </w:r>
    </w:p>
    <w:p>
      <w:r>
        <w:t>-Die Frau kann den Antrag nicht ausfüllen, weil die Sprache zu schwer zu</w:t>
      </w:r>
    </w:p>
    <w:p>
      <w:r>
        <w:t>verstehen ist.</w:t>
      </w:r>
    </w:p>
    <w:p>
      <w:r>
        <w:t>-Die Frau braucht mehr Zeit, um die Treppe hochzugehen, weil sie 2</w:t>
      </w:r>
    </w:p>
    <w:p>
      <w:r>
        <w:t>Beinprothesen hat.</w:t>
      </w:r>
    </w:p>
    <w:p>
      <w:r>
        <w:t>Wie könnte man diese Probleme lösen?</w:t>
      </w:r>
    </w:p>
    <w:p>
      <w:r>
        <w:t>Barrieren entfernen</w:t>
      </w:r>
    </w:p>
    <w:p>
      <w:pPr>
        <w:pStyle w:val="ListBullet"/>
      </w:pPr>
      <w:r>
        <w:t>Eine Rampe oder Fahrstuhl einbauen.</w:t>
      </w:r>
    </w:p>
    <w:p>
      <w:pPr>
        <w:pStyle w:val="ListBullet"/>
      </w:pPr>
      <w:r>
        <w:t>Einen Signalknopf einbauen.</w:t>
      </w:r>
    </w:p>
    <w:p>
      <w:pPr>
        <w:pStyle w:val="ListBullet"/>
      </w:pPr>
      <w:r>
        <w:t>Hilfe durch Personen.</w:t>
      </w:r>
    </w:p>
    <w:p>
      <w:pPr>
        <w:pStyle w:val="ListBullet"/>
      </w:pPr>
      <w:r>
        <w:t>Einfache Wörter verwenden.</w:t>
      </w:r>
    </w:p>
    <w:p>
      <w:r>
        <w:t>Zusammenfassung:</w:t>
      </w:r>
    </w:p>
    <w:p>
      <w:r>
        <w:t>Es geht darum, dass Barrieren im Leben entfernt werden, damit alle Menschen</w:t>
      </w:r>
    </w:p>
    <w:p>
      <w:r>
        <w:t>so leben können wie sie möchten. Also damit zu Beispiel alle Menschen ins</w:t>
      </w:r>
    </w:p>
    <w:p>
      <w:r>
        <w:t>Café können oder nach Hilfe fragen können. Das nennt man Barrierefreiheit.</w:t>
      </w:r>
    </w:p>
    <w:p>
      <w:pPr>
        <w:pStyle w:val="ListBullet"/>
      </w:pPr>
      <w:r>
        <w:t>Spiel</w:t>
      </w:r>
    </w:p>
    <w:p>
      <w:r>
        <w:t>Heute soll es ja auch um Medien gehen. Deswegen wollen wir gerne ein Spiel</w:t>
      </w:r>
    </w:p>
    <w:p>
      <w:r>
        <w:t>mit euch Spielen. Dafür stellen wir euch gleich ein paar Fragen und in jeder</w:t>
      </w:r>
    </w:p>
    <w:p>
      <w:r>
        <w:t>Ecke gibt es eine Antwort. Bitte geht dann in die Ecke, in der eure Antwort steht.</w:t>
      </w:r>
    </w:p>
    <w:p>
      <w:r>
        <w:t>Achtung: Nach jeder Frage müssen die Zettel in den Ecken umgeklappt werden.</w:t>
      </w:r>
    </w:p>
    <w:p>
      <w:r>
        <w:t>Das Spiel ist jetzt vorbei und alle setzen sich jetzt bitte nochmal auf ihre Plätze.</w:t>
      </w:r>
    </w:p>
    <w:p>
      <w:pPr>
        <w:pStyle w:val="Heading2"/>
      </w:pPr>
      <w:r>
        <w:t>Seite 3</w:t>
      </w:r>
    </w:p>
    <w:p>
      <w:pPr>
        <w:pStyle w:val="ListBullet"/>
      </w:pPr>
      <w:r>
        <w:t>Pause</w:t>
      </w:r>
    </w:p>
    <w:p>
      <w:r>
        <w:t>Wir machen jetzt eine Pause. Ich stelle jetzt die Uhr und wenn die Zeit</w:t>
      </w:r>
    </w:p>
    <w:p>
      <w:r>
        <w:t>abgelaufen ist, machen wir weiter.</w:t>
      </w:r>
    </w:p>
    <w:p>
      <w:pPr>
        <w:pStyle w:val="ListBullet"/>
      </w:pPr>
      <w:r>
        <w:t>Arbeitsblätter</w:t>
      </w:r>
    </w:p>
    <w:p>
      <w:r>
        <w:t>Achtung: Die Aufgaben müssen über AirDrop ausgeteilt werden.</w:t>
      </w:r>
    </w:p>
    <w:p>
      <w:r>
        <w:t>Jetzt ist die Frage, warum Barrierefreiheit auch beim Posten bei Instagram</w:t>
      </w:r>
    </w:p>
    <w:p>
      <w:r>
        <w:t>wichtig ist. Dazu teilen wir euch jetzt einen Arbeitsauftrag über AirDrop aus. Die</w:t>
      </w:r>
    </w:p>
    <w:p>
      <w:r>
        <w:t>Aufgaben sind in 3 Teile aufgeteilt. Als Orientierung für die Zeit stellen wir für</w:t>
      </w:r>
    </w:p>
    <w:p>
      <w:r>
        <w:t>jeden Teil eine Uhr. Wenn ihr damit noch nicht fertig seid, ist das gar nicht</w:t>
      </w:r>
    </w:p>
    <w:p>
      <w:r>
        <w:t>schlimm. Die Zeit sagt nur ungefähr, wie weit ihr sein solltet.</w:t>
      </w:r>
    </w:p>
    <w:p>
      <w:r>
        <w:t>Teil 1: 10 Minuten</w:t>
      </w:r>
    </w:p>
    <w:p>
      <w:r>
        <w:t>Jetzt solltet ihr so langsam mit Teil 1 fertig sein und zu Teil 2 kommen.</w:t>
      </w:r>
    </w:p>
    <w:p>
      <w:r>
        <w:t>Teil 2: 10 Minuten</w:t>
      </w:r>
    </w:p>
    <w:p>
      <w:r>
        <w:t>Jetzt solltet ihr so langsam mit Teil 2 fertig sein und zu Teil 3 kommen.</w:t>
      </w:r>
    </w:p>
    <w:p>
      <w:r>
        <w:t>Teil 3: 20 Minuten</w:t>
      </w:r>
    </w:p>
    <w:p>
      <w:r>
        <w:t>Jetzt solltet ihr langsam zum Ende kommen.</w:t>
      </w:r>
    </w:p>
    <w:p>
      <w:pPr>
        <w:pStyle w:val="ListBullet"/>
      </w:pPr>
      <w:r>
        <w:t>Präsentieren der Ergebnisse</w:t>
      </w:r>
    </w:p>
    <w:p>
      <w:r>
        <w:t>Möchte jemand die Beschreibung von seinem Post vorlesen?</w:t>
      </w:r>
    </w:p>
    <w:p>
      <w:pPr>
        <w:pStyle w:val="ListBullet"/>
      </w:pPr>
      <w:r>
        <w:t>Feedback</w:t>
      </w:r>
    </w:p>
    <w:p>
      <w:r>
        <w:t>Zum Schluss möchten wir nochmal eure Rückmeldung zu der Stunde haben.</w:t>
      </w:r>
    </w:p>
    <w:p>
      <w:r>
        <w:t>Dafür scannt bitte nochmal den Code und beantwortet kurz die Fragen.</w:t>
      </w:r>
    </w:p>
    <w:p>
      <w:r>
        <w:t>Danke, dass ihr so gut gearbeitet habt....</w:t>
      </w:r>
    </w:p>
    <w:p>
      <w:r>
        <w:t>Verabschiedung....</w:t>
      </w:r>
    </w:p>
    <w:p>
      <w:r>
        <w:rPr>
          <w:i/>
        </w:rPr>
        <w:t>Quelle: Moderationskarten.pdf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Moderationskarten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