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Stationsarbeit "Beeinträchtigung des Hörens"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Thema:</w:t>
      </w:r>
    </w:p>
    <w:p>
      <w:pPr>
        <w:pStyle w:val="Heading1"/>
      </w:pPr>
      <w:r>
        <w:t>Beeinträchtigung</w:t>
      </w:r>
    </w:p>
    <w:p>
      <w:pPr>
        <w:pStyle w:val="Heading1"/>
      </w:pPr>
      <w:r>
        <w:t>des Hörens</w:t>
      </w:r>
    </w:p>
    <w:p>
      <w:r>
        <w:t>Aufgaben zum Ausprobieren</w:t>
      </w:r>
    </w:p>
    <w:p>
      <w:r>
        <w:t>Versetzt euch nochmal in die Situation, wo wir das Video ohne Ton geschaut haben. Gerne dürft ihr nochmal einen kurzen Blick in das Video werfen. Hier ist der Link: https:// youtu.be/BHoBP0IhFdY. Alternativ könnt ihr euch Shorts auf Youtube ansehen. Denkt dran beim Schauen den Ton auszuschalten, damit ihr nichts hören könnt.</w:t>
      </w:r>
    </w:p>
    <w:p>
      <w:r>
        <w:t>Aufgaben zum schriftlichen Reflektieren</w:t>
      </w:r>
    </w:p>
    <w:p>
      <w:r>
        <w:t>1. Wie habt ihr euch beim Schauen des Videos gefühlt?</w:t>
      </w:r>
    </w:p>
    <w:p>
      <w:pPr>
        <w:pStyle w:val="ListBullet"/>
      </w:pPr>
      <w:r>
        <w:t>Welche Probleme hattet ihr beim Gucken des Videos?</w:t>
      </w:r>
    </w:p>
    <w:p>
      <w:pPr>
        <w:pStyle w:val="ListBullet"/>
      </w:pPr>
      <w:r>
        <w:t>Was hat euch beim Verstehen des Videos geholfen?</w:t>
      </w:r>
    </w:p>
    <w:p>
      <w:r>
        <w:t>Aufgabe zum Recherchieren</w:t>
      </w:r>
    </w:p>
    <w:p>
      <w:r>
        <w:t>Was hätte euch geholfen das Video besser zu verstehen, bzw. welche Unterstützungsmöglichkeiten fehlen, damit das Video auch von einer gehörlosen Person verstanden werden kann? Recherche im Internet ist erlaubt.</w:t>
      </w:r>
    </w:p>
    <w:p>
      <w:r>
        <w:t>cc: Sergio Palao (Urheber), ARASAAC (arasaac.org), Regierung von Aragón in Spanien (Eigentümer), CC BY-SA-NC 4.0; https://picto.kits.blog/#/search?q=Gehörlos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Stationsarbeit-22Beeintraechtigung-des-Hoerens22.pdf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Stationsarbeit "Beeinträchtigung des Hörens"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