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Verlaufsskizze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Zeit Phase Interaktion Material 9.40 – 9.50</w:t>
      </w:r>
    </w:p>
    <w:p>
      <w:r>
        <w:t>Begrüßung + Regeln</w:t>
      </w:r>
    </w:p>
    <w:p>
      <w:r>
        <w:t>Medienscouts:</w:t>
      </w:r>
    </w:p>
    <w:p>
      <w:pPr>
        <w:pStyle w:val="ListBullet"/>
      </w:pPr>
      <w:r>
        <w:t>starten die Präsentation (PowerPoint)</w:t>
      </w:r>
    </w:p>
    <w:p>
      <w:pPr>
        <w:pStyle w:val="ListBullet"/>
      </w:pPr>
      <w:r>
        <w:t>begrüßen die Klasse</w:t>
      </w:r>
    </w:p>
    <w:p>
      <w:pPr>
        <w:pStyle w:val="ListBullet"/>
      </w:pPr>
      <w:r>
        <w:t>stellen sich vor</w:t>
      </w:r>
    </w:p>
    <w:p>
      <w:pPr>
        <w:pStyle w:val="ListBullet"/>
      </w:pPr>
      <w:r>
        <w:t>erklären, was im Unterricht passiert (2 Unterrichtsstunden zum Thema „Barrierefreiheit auf Instagram“) Studierende:</w:t>
      </w:r>
    </w:p>
    <w:p>
      <w:pPr>
        <w:pStyle w:val="ListBullet"/>
      </w:pPr>
      <w:r>
        <w:t>stellen sich kurz vor Medienscouts:</w:t>
      </w:r>
    </w:p>
    <w:p>
      <w:pPr>
        <w:pStyle w:val="ListBullet"/>
      </w:pPr>
      <w:r>
        <w:t>besprechen die Regeln</w:t>
      </w:r>
    </w:p>
    <w:p>
      <w:pPr>
        <w:pStyle w:val="ListBullet"/>
      </w:pPr>
      <w:r>
        <w:t>ein Scout steuert die Präsentation („weiter klicken“)</w:t>
      </w:r>
    </w:p>
    <w:p>
      <w:pPr>
        <w:pStyle w:val="ListBullet"/>
      </w:pPr>
      <w:r>
        <w:t>Hinweis: Instagram ist erst ab 13</w:t>
      </w:r>
    </w:p>
    <w:p>
      <w:r>
        <w:t>Präsentation, Beamer</w:t>
      </w:r>
    </w:p>
    <w:p>
      <w:r>
        <w:t>9.50 – 9.55</w:t>
      </w:r>
    </w:p>
    <w:p>
      <w:r>
        <w:t>Einstieg mit Video</w:t>
      </w:r>
    </w:p>
    <w:p>
      <w:r>
        <w:t>Medienscouts:</w:t>
      </w:r>
    </w:p>
    <w:p>
      <w:pPr>
        <w:pStyle w:val="ListBullet"/>
      </w:pPr>
      <w:r>
        <w:t>starten das Video bei YouTube (Link in der Präsentation)</w:t>
      </w:r>
    </w:p>
    <w:p>
      <w:pPr>
        <w:pStyle w:val="ListBullet"/>
      </w:pPr>
      <w:r>
        <w:t>kündigen den Arbeitsauftrag an Schülerinnen und Schüler:</w:t>
      </w:r>
    </w:p>
    <w:p>
      <w:pPr>
        <w:pStyle w:val="ListBullet"/>
      </w:pPr>
      <w:r>
        <w:t>schauen das Video aufmerksam</w:t>
      </w:r>
    </w:p>
    <w:p>
      <w:r>
        <w:t>Video</w:t>
      </w:r>
    </w:p>
    <w:p>
      <w:r>
        <w:t>9.55 – 10.05</w:t>
      </w:r>
    </w:p>
    <w:p>
      <w:r>
        <w:t>Erarbeitung (Barrierefrei heit)</w:t>
      </w:r>
    </w:p>
    <w:p>
      <w:r>
        <w:t>Medienscouts:</w:t>
      </w:r>
    </w:p>
    <w:p>
      <w:pPr>
        <w:pStyle w:val="ListBullet"/>
      </w:pPr>
      <w:r>
        <w:t>leiten den Arbeitsauftrag ein</w:t>
      </w:r>
    </w:p>
    <w:p>
      <w:pPr>
        <w:pStyle w:val="ListBullet"/>
      </w:pPr>
      <w:r>
        <w:t>QR-Code befindet sich in der Präsentation Schülerinnen und Schüler:</w:t>
      </w:r>
    </w:p>
    <w:p>
      <w:pPr>
        <w:pStyle w:val="ListBullet"/>
      </w:pPr>
      <w:r>
        <w:t>scannen die QR-Codes mit ihren IPad und beantworten die Fragen Medienscouts:</w:t>
      </w:r>
    </w:p>
    <w:p>
      <w:pPr>
        <w:pStyle w:val="ListBullet"/>
      </w:pPr>
      <w:r>
        <w:t>besprechen die Lösungen</w:t>
      </w:r>
    </w:p>
    <w:p>
      <w:pPr>
        <w:pStyle w:val="ListBullet"/>
      </w:pPr>
      <w:r>
        <w:t>Erklären des Begriffs „Barrierefreiheit“</w:t>
      </w:r>
    </w:p>
    <w:p>
      <w:r>
        <w:t>iPad, Menti</w:t>
      </w:r>
    </w:p>
    <w:p>
      <w:r>
        <w:t>10.05 – 10.15</w:t>
      </w:r>
    </w:p>
    <w:p>
      <w:r>
        <w:t>Warm Up (Soziale Medien)</w:t>
      </w:r>
    </w:p>
    <w:p>
      <w:r>
        <w:t>Medienscouts:</w:t>
      </w:r>
    </w:p>
    <w:p>
      <w:pPr>
        <w:pStyle w:val="ListBullet"/>
      </w:pPr>
      <w:r>
        <w:t>stellen den Bezug zu sozialen Medien her</w:t>
      </w:r>
    </w:p>
    <w:p>
      <w:pPr>
        <w:pStyle w:val="ListBullet"/>
      </w:pPr>
      <w:r>
        <w:t>erklären die Spielregeln</w:t>
      </w:r>
    </w:p>
    <w:p>
      <w:pPr>
        <w:pStyle w:val="ListBullet"/>
      </w:pPr>
      <w:r>
        <w:t>ein Scout moderiert das Spiel (Vorlesen der Fragen)</w:t>
      </w:r>
    </w:p>
    <w:p>
      <w:pPr>
        <w:pStyle w:val="ListBullet"/>
      </w:pPr>
      <w:r>
        <w:t>die anderen Scouts tauschen die Antworten in den Ecken nach jeder Frage aus</w:t>
      </w:r>
    </w:p>
    <w:p>
      <w:r>
        <w:t>Fragen, Karten</w:t>
      </w:r>
    </w:p>
    <w:p>
      <w:pPr>
        <w:pStyle w:val="Heading2"/>
      </w:pPr>
      <w:r>
        <w:t>Seite 2</w:t>
      </w:r>
    </w:p>
    <w:p>
      <w:r>
        <w:t>10.15 – 10.20</w:t>
      </w:r>
    </w:p>
    <w:p>
      <w:r>
        <w:t>Pause Medienscouts:</w:t>
      </w:r>
    </w:p>
    <w:p>
      <w:pPr>
        <w:pStyle w:val="ListBullet"/>
      </w:pPr>
      <w:r>
        <w:t>stellen den Timer bei „Classroomscreen“ auf 5 Minuten</w:t>
      </w:r>
    </w:p>
    <w:p>
      <w:r>
        <w:t>Classroom, Screen</w:t>
      </w:r>
    </w:p>
    <w:p>
      <w:r>
        <w:t>10.20 – 11:00</w:t>
      </w:r>
    </w:p>
    <w:p>
      <w:r>
        <w:t>Erarbeitung sphase</w:t>
      </w:r>
    </w:p>
    <w:p>
      <w:r>
        <w:t>Medienscouts:</w:t>
      </w:r>
    </w:p>
    <w:p>
      <w:pPr>
        <w:pStyle w:val="ListBullet"/>
      </w:pPr>
      <w:r>
        <w:t>teilen die Arbeitsblätter über AirDrop aus Teil 1:</w:t>
      </w:r>
    </w:p>
    <w:p>
      <w:pPr>
        <w:pStyle w:val="ListBullet"/>
      </w:pPr>
      <w:r>
        <w:t>stellen den Timer bei „Classroomscreen“ auf 10 Minuten</w:t>
      </w:r>
    </w:p>
    <w:p>
      <w:pPr>
        <w:pStyle w:val="ListBullet"/>
      </w:pPr>
      <w:r>
        <w:t>nach 10 Minuten weisen die Scouts auf die Zeit hin (Jetzt solltet ihr langsam zu Teil 2 kommen) Teil 2:</w:t>
      </w:r>
    </w:p>
    <w:p>
      <w:pPr>
        <w:pStyle w:val="ListBullet"/>
      </w:pPr>
      <w:r>
        <w:t>stellen den Timer bei „Classroomscreen“ auf 10 Minuten</w:t>
      </w:r>
    </w:p>
    <w:p>
      <w:pPr>
        <w:pStyle w:val="ListBullet"/>
      </w:pPr>
      <w:r>
        <w:t>nach 10 Minuten weisen die Scouts auf die Zeit hin (Jetzt solltet ihr langsam zu Teil 3 kommen) Teil 3:</w:t>
      </w:r>
    </w:p>
    <w:p>
      <w:pPr>
        <w:pStyle w:val="ListBullet"/>
      </w:pPr>
      <w:r>
        <w:t>stellen den Timer bei „Classroomscreen“ auf 20 Minuten</w:t>
      </w:r>
    </w:p>
    <w:p>
      <w:pPr>
        <w:pStyle w:val="ListBullet"/>
      </w:pPr>
      <w:r>
        <w:t>nach Ablauf der Zeit ist die Arbeitsphase vorbei</w:t>
      </w:r>
    </w:p>
    <w:p>
      <w:r>
        <w:t>iPad, digitale Arbeitsblätter</w:t>
      </w:r>
    </w:p>
    <w:p>
      <w:r>
        <w:t>11.00– 11.10</w:t>
      </w:r>
    </w:p>
    <w:p>
      <w:r>
        <w:t>Ergebnissic herung</w:t>
      </w:r>
    </w:p>
    <w:p>
      <w:r>
        <w:t>Medienscouts: -Möchte jemand seine Ergebnisse präsentieren? Schülerinnen und Schüler:</w:t>
      </w:r>
    </w:p>
    <w:p>
      <w:pPr>
        <w:pStyle w:val="ListBullet"/>
      </w:pPr>
      <w:r>
        <w:t>präsentieren ihre Ergebnisse</w:t>
      </w:r>
    </w:p>
    <w:p>
      <w:r>
        <w:t>iPad</w:t>
      </w:r>
    </w:p>
    <w:p>
      <w:r>
        <w:t>11.10 – 11.15</w:t>
      </w:r>
    </w:p>
    <w:p>
      <w:r>
        <w:t>Reflexionsp hase</w:t>
      </w:r>
    </w:p>
    <w:p>
      <w:r>
        <w:t>Medienscouts:</w:t>
      </w:r>
    </w:p>
    <w:p>
      <w:pPr>
        <w:pStyle w:val="ListBullet"/>
      </w:pPr>
      <w:r>
        <w:t>erklären die Reflexion Schülerinnen und Schüler:</w:t>
      </w:r>
    </w:p>
    <w:p>
      <w:pPr>
        <w:pStyle w:val="ListBullet"/>
      </w:pPr>
      <w:r>
        <w:t>scannen den QR-Code und geben Feedback zur Unterrichtsstunde</w:t>
      </w:r>
    </w:p>
    <w:p>
      <w:r>
        <w:t>iPad Menti</w:t>
      </w:r>
    </w:p>
    <w:p>
      <w:r>
        <w:rPr>
          <w:i/>
        </w:rPr>
        <w:t>Quelle: Verlaufsskizze.pdf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Verlaufsskizze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