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Verlaufsskizzen und Stationsaufbau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1"/>
      </w:pPr>
      <w:r>
        <w:t>Verlaufsskizze der Unterrichtsstunde</w:t>
      </w:r>
    </w:p>
    <w:p>
      <w:pPr>
        <w:pStyle w:val="Heading2"/>
      </w:pPr>
      <w:r>
        <w:t>Zeit</w:t>
      </w:r>
    </w:p>
    <w:p>
      <w:pPr>
        <w:pStyle w:val="Heading2"/>
      </w:pPr>
      <w:r>
        <w:t>Phase</w:t>
      </w:r>
    </w:p>
    <w:p>
      <w:pPr>
        <w:pStyle w:val="Heading2"/>
      </w:pPr>
      <w:r>
        <w:t>Interaktion</w:t>
      </w:r>
    </w:p>
    <w:p>
      <w:pPr>
        <w:pStyle w:val="Heading2"/>
      </w:pPr>
      <w:r>
        <w:t>Materialien/Medien Sozialform</w:t>
      </w:r>
    </w:p>
    <w:p>
      <w:r>
        <w:t>09:40 – 09:50Uhr</w:t>
      </w:r>
    </w:p>
    <w:p>
      <w:r>
        <w:t>Begrüßung ca. 10´</w:t>
      </w:r>
    </w:p>
    <w:p>
      <w:r>
        <w:t>MS stellen sich vor MS erklären Regeln</w:t>
      </w:r>
    </w:p>
    <w:p>
      <w:r>
        <w:t>Powerpoint PL</w:t>
      </w:r>
    </w:p>
    <w:p>
      <w:r>
        <w:t>09:50 – 10:00 Uhr</w:t>
      </w:r>
    </w:p>
    <w:p>
      <w:r>
        <w:t>Einstieg ca. 10´</w:t>
      </w:r>
    </w:p>
    <w:p>
      <w:r>
        <w:t>Mindmap, welche sozialen Medien kennen die S*S? (mit MS besprechen) Inklusion: Kennt jemand den Begriff?</w:t>
      </w:r>
    </w:p>
    <w:p>
      <w:r>
        <w:t>- Ja à Bedeutung - Nein à Video zeigen (https://www.youtube.com/watch?v=CjjP_EEtUwY)</w:t>
      </w:r>
    </w:p>
    <w:p>
      <w:r>
        <w:t>Powerpoint (Video) PL</w:t>
      </w:r>
    </w:p>
    <w:p>
      <w:r>
        <w:t>10:00 – 10:05</w:t>
      </w:r>
    </w:p>
    <w:p>
      <w:r>
        <w:t>Hinführung ca. 5´</w:t>
      </w:r>
    </w:p>
    <w:p>
      <w:r>
        <w:t>Wie kann sich eine Person mit Sehbeeinträchtigung auf Instagram zurechtfinden?</w:t>
      </w:r>
    </w:p>
    <w:p>
      <w:r>
        <w:t>➔ Kann nicht teilhaben also KEINE INKLUSION Auf die drei Stationsthemen leiten (Hören, Sehen, einfache Sprache) und das Stundenthema: Inklusion in den digitalen Medien</w:t>
      </w:r>
    </w:p>
    <w:p>
      <w:r>
        <w:t>➔ Mündlich (kleiner Verweis, dass sehbeeinträchtigt nicht</w:t>
      </w:r>
    </w:p>
    <w:p>
      <w:r>
        <w:t>gleich blind ist)</w:t>
      </w:r>
    </w:p>
    <w:p>
      <w:r>
        <w:t>PL</w:t>
      </w:r>
    </w:p>
    <w:p>
      <w:r>
        <w:t>10:05 – 10:45 Uhr</w:t>
      </w:r>
    </w:p>
    <w:p>
      <w:r>
        <w:t>Erarbeitung ca. 40´</w:t>
      </w:r>
    </w:p>
    <w:p>
      <w:r>
        <w:t>Stationsarbeit (Jeder MS eine Station) Aufbau: 3 Stationen, 3 Zonen für jede Station mit 2 Gruppentischen à 4 Personen. Jede Station hat 4 Tablets Gruppeneinteilung: PA aussuchen, nach vorne mit einem Tablet und erhalten einen Zettel mit einer Zahl. Alle mit 1 gehen zu Station 1… Durchführung: Pro Station 20min, einmaliger Wechsel im Uhrzeigersinn</w:t>
      </w:r>
    </w:p>
    <w:p>
      <w:r>
        <w:t>Zahlen-Zettel Arbeitsblätter digital QR Code Taskcard Hilfekarte</w:t>
      </w:r>
    </w:p>
    <w:p>
      <w:r>
        <w:t>PA bzw. GA</w:t>
      </w:r>
    </w:p>
    <w:p>
      <w:r>
        <w:t>10:45 – 10:50 Uhr</w:t>
      </w:r>
    </w:p>
    <w:p>
      <w:r>
        <w:t>Pause ca. 5´</w:t>
      </w:r>
    </w:p>
    <w:p>
      <w:r>
        <w:t>Wenn es zeitlich zu spät wird, Pause weglassen - -</w:t>
      </w:r>
    </w:p>
    <w:p>
      <w:r>
        <w:t>10:50 – 11:05 Uhr</w:t>
      </w:r>
    </w:p>
    <w:p>
      <w:r>
        <w:t>Ergebnissicherung ca. 15´</w:t>
      </w:r>
    </w:p>
    <w:p>
      <w:r>
        <w:t>Vorbereitete Powerpoint-Folien, wo Tipps zum Barrierefreien Posten gesammelt werden Zusammenfassungsfolie (Hand)</w:t>
      </w:r>
    </w:p>
    <w:p>
      <w:r>
        <w:t>Powerpoint PL</w:t>
      </w:r>
    </w:p>
    <w:p>
      <w:r>
        <w:t>11:05 – 11:15 Uhr</w:t>
      </w:r>
    </w:p>
    <w:p>
      <w:r>
        <w:t>Reflexion ca. 10´</w:t>
      </w:r>
    </w:p>
    <w:p>
      <w:r>
        <w:t>Wie hat den S*S die Unterrichtseinheit gefallen? Daumen hoch/gerade/runter</w:t>
      </w:r>
    </w:p>
    <w:p>
      <w:r>
        <w:t>Powerpoint PL</w:t>
      </w:r>
    </w:p>
    <w:p>
      <w:pPr>
        <w:pStyle w:val="Heading2"/>
      </w:pPr>
      <w:r>
        <w:t>Seite 2</w:t>
      </w:r>
    </w:p>
    <w:p>
      <w:pPr>
        <w:pStyle w:val="Heading1"/>
      </w:pPr>
      <w:r>
        <w:t>Verlaufsskizze der Medienscout-Schulung</w:t>
      </w:r>
    </w:p>
    <w:p>
      <w:pPr>
        <w:pStyle w:val="Heading2"/>
      </w:pPr>
      <w:r>
        <w:t>Zeit</w:t>
      </w:r>
    </w:p>
    <w:p>
      <w:pPr>
        <w:pStyle w:val="Heading2"/>
      </w:pPr>
      <w:r>
        <w:t>Interaktion</w:t>
      </w:r>
    </w:p>
    <w:p>
      <w:pPr>
        <w:pStyle w:val="Heading2"/>
      </w:pPr>
      <w:r>
        <w:t>Material</w:t>
      </w:r>
    </w:p>
    <w:p>
      <w:r>
        <w:t>14:15 – 14:30 Uhr Wünsche und Bedenken Tablet/Tafel</w:t>
      </w:r>
    </w:p>
    <w:p>
      <w:r>
        <w:t>14:30 – 15:00 Uhr Thema: Barrierefreies Posten in den sozialen Medien als Thema (Was wissen die Scouts schon darüber)</w:t>
      </w:r>
    </w:p>
    <w:p>
      <w:r>
        <w:t>• Welche sozialen Medien? • Was für Barrieren? (z.B. Sehbeeinträchtigt, gehörlos, etc.) • Kennen die MS schon Tipps für barrierefreies Posten? • Was ist Inklusion?</w:t>
      </w:r>
    </w:p>
    <w:p>
      <w:r>
        <w:t>Tablet/Tafel PPP 15:00 – 15:30 Uhr Plan für die Stunde durchgehen (PPP parallel)</w:t>
      </w:r>
    </w:p>
    <w:p>
      <w:r>
        <w:t>- Verlaufsskizze hilfreich? - Gibt es Veränderungsvorschläge? - Gibt es Fragen?</w:t>
      </w:r>
    </w:p>
    <w:p>
      <w:r>
        <w:t>Verlaufsskizze PPP</w:t>
      </w:r>
    </w:p>
    <w:p>
      <w:r>
        <w:t>15:30 – 16:30 Uhr Stationen durchgehen:</w:t>
      </w:r>
    </w:p>
    <w:p>
      <w:r>
        <w:t>- Aufbau der Stationen - Jeder Medienscout ist für eine Station Profi - 20 Minuten pro Station - Verteilung der SuS - Hilfekarten - Stationen gemeinsam durchgehen und besprechen</w:t>
      </w:r>
    </w:p>
    <w:p>
      <w:r>
        <w:t>iPad Hilfekarten</w:t>
      </w:r>
    </w:p>
    <w:p>
      <w:r>
        <w:t>16:30 – 16:45 Uhr Fragen, Anregungen, Veränderungen umsetzen Ausblick (1,5 Stunden → Die Stunde durchgehen und üben - Moderationskarten)</w:t>
      </w:r>
    </w:p>
    <w:p>
      <w:pPr>
        <w:pStyle w:val="Heading2"/>
      </w:pPr>
      <w:r>
        <w:t>Seite 3</w:t>
      </w:r>
    </w:p>
    <w:p>
      <w:pPr>
        <w:pStyle w:val="Heading1"/>
      </w:pPr>
      <w:r>
        <w:t>Stationsaufbau:</w:t>
      </w:r>
    </w:p>
    <w:p>
      <w:r>
        <w:t>Station 1 - Sehbeeinträchtigung</w:t>
      </w:r>
    </w:p>
    <w:p>
      <w:r>
        <w:t>Station 3 – Leichte Sprache</w:t>
      </w:r>
    </w:p>
    <w:p>
      <w:r>
        <w:t>Station 2 - Hörbeeinträchtigung</w:t>
      </w:r>
    </w:p>
    <w:p>
      <w:r>
        <w:rPr>
          <w:i/>
        </w:rPr>
        <w:t>Quelle: Verlaufsskizzen-und-Stationsaufbau.pdf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Verlaufsskizzen und Stationsaufbau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