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Zeitliche Strukturierung "Barrierefreiheit im Internet"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1"/>
      </w:pPr>
      <w:r>
        <w:t>Zeitliche Planung</w:t>
      </w:r>
    </w:p>
    <w:p>
      <w:r>
        <w:t>Zeit</w:t>
      </w:r>
    </w:p>
    <w:p>
      <w:pPr>
        <w:pStyle w:val="ListBullet"/>
      </w:pPr>
      <w:r>
        <w:t>Treffen, ca. 2-3 Wochen vor dem Projekttag</w:t>
      </w:r>
    </w:p>
    <w:p>
      <w:r>
        <w:t>3 Stunden 180 Minten</w:t>
      </w:r>
    </w:p>
    <w:p>
      <w:pPr>
        <w:pStyle w:val="Heading2"/>
      </w:pPr>
      <w:r>
        <w:t>- gegebenenfalls ein Kennenlernen zwischen</w:t>
      </w:r>
    </w:p>
    <w:p>
      <w:r>
        <w:t>den MedienScouts und den leitenden Lehrkräften</w:t>
      </w:r>
    </w:p>
    <w:p>
      <w:pPr>
        <w:pStyle w:val="Heading2"/>
      </w:pPr>
      <w:r>
        <w:t>- Abfragung und Aktivierung von Vorwissen</w:t>
      </w:r>
    </w:p>
    <w:p>
      <w:r>
        <w:t>durch gezielte Fragen</w:t>
      </w:r>
    </w:p>
    <w:p>
      <w:pPr>
        <w:pStyle w:val="Heading2"/>
      </w:pPr>
      <w:r>
        <w:t>- kurze und grobe Vorstellung des Projektes mit</w:t>
      </w:r>
    </w:p>
    <w:p>
      <w:r>
        <w:t>Ablauf durch die Lehrkraft für die MedienScouts</w:t>
      </w:r>
    </w:p>
    <w:p>
      <w:pPr>
        <w:pStyle w:val="Heading2"/>
      </w:pPr>
      <w:r>
        <w:t>- Begriffserklärungen festlegen und auf Karten</w:t>
      </w:r>
    </w:p>
    <w:p>
      <w:r>
        <w:t>festhalten</w:t>
      </w:r>
    </w:p>
    <w:p>
      <w:pPr>
        <w:pStyle w:val="Heading2"/>
      </w:pPr>
      <w:r>
        <w:t>- MedienScouts eine Station (Hören, Sehen,</w:t>
      </w:r>
    </w:p>
    <w:p>
      <w:r>
        <w:t>leichte Sprache) zuordnen</w:t>
      </w:r>
    </w:p>
    <w:p>
      <w:pPr>
        <w:pStyle w:val="ListBullet"/>
      </w:pPr>
      <w:r>
        <w:t>Treffen, ca. 2-3 Tage vor dem Projekttag</w:t>
      </w:r>
    </w:p>
    <w:p>
      <w:r>
        <w:t>1,5 Stunden 90 Minuten</w:t>
      </w:r>
    </w:p>
    <w:p>
      <w:pPr>
        <w:pStyle w:val="Heading2"/>
      </w:pPr>
      <w:r>
        <w:t>- Lehrkräfte stellen den Medienscouts die</w:t>
      </w:r>
    </w:p>
    <w:p>
      <w:r>
        <w:t>eingebauten Veränderungen vor, falls welche getätigt worden</w:t>
      </w:r>
    </w:p>
    <w:p>
      <w:pPr>
        <w:pStyle w:val="Heading2"/>
      </w:pPr>
      <w:r>
        <w:t>- MedienScouts stellen Fragen, falls Fragen</w:t>
      </w:r>
    </w:p>
    <w:p>
      <w:r>
        <w:t>aufgetreten sind. Diese werden direkt beantwortet</w:t>
      </w:r>
    </w:p>
    <w:p>
      <w:pPr>
        <w:pStyle w:val="Heading2"/>
      </w:pPr>
      <w:r>
        <w:t>- Erprobung der Tools (VoiceOver, Youtube,</w:t>
      </w:r>
    </w:p>
    <w:p>
      <w:r>
        <w:t>etc.) in der Gruppe.</w:t>
      </w:r>
    </w:p>
    <w:p>
      <w:pPr>
        <w:pStyle w:val="Heading2"/>
      </w:pPr>
      <w:r>
        <w:t>- Den gesamten Verlauf anhand der PowerPoint</w:t>
      </w:r>
    </w:p>
    <w:p>
      <w:r>
        <w:t>durchgehen und dabei Moderationskarten mit Stichpunkten und Formulierungshilfen schreiben</w:t>
      </w:r>
    </w:p>
    <w:p>
      <w:pPr>
        <w:pStyle w:val="Heading2"/>
      </w:pPr>
      <w:r>
        <w:t>- Klassenräume und Begebenheiten mit den</w:t>
      </w:r>
    </w:p>
    <w:p>
      <w:r>
        <w:t>MedienScouts prüfen, um zu schauen, was da ist und was nicht</w:t>
      </w:r>
    </w:p>
    <w:p>
      <w:pPr>
        <w:pStyle w:val="Heading2"/>
      </w:pPr>
      <w:r>
        <w:t>- Plakat erstellen (kann bei zeitlicher Knappheit</w:t>
      </w:r>
    </w:p>
    <w:p>
      <w:r>
        <w:t>auch vorher von der Lehrkraft erstellt werden oder am Folgenden Zwischentag gemacht werden)</w:t>
      </w:r>
    </w:p>
    <w:p>
      <w:pPr>
        <w:pStyle w:val="Heading2"/>
      </w:pPr>
      <w:r>
        <w:t>- Lehrkräft besprechen schwieirge Situationen,</w:t>
      </w:r>
    </w:p>
    <w:p>
      <w:r>
        <w:t>wie Lärm in der Klasse, mit den MedienScouts und erstellen "TippKarten" mit VerhaltensTipps.</w:t>
      </w:r>
    </w:p>
    <w:p>
      <w:pPr>
        <w:pStyle w:val="ListBullet"/>
      </w:pPr>
      <w:r>
        <w:t>Treffen, ca. 1-2 Stunden vor Beginn am Projekttag</w:t>
      </w:r>
    </w:p>
    <w:p>
      <w:r>
        <w:t>1 Stunde 60 Minuten</w:t>
      </w:r>
    </w:p>
    <w:p>
      <w:pPr>
        <w:pStyle w:val="Heading2"/>
      </w:pPr>
      <w:r>
        <w:t>- Klassenräume vorbereiten</w:t>
      </w:r>
    </w:p>
    <w:p>
      <w:pPr>
        <w:pStyle w:val="Heading2"/>
      </w:pPr>
      <w:r>
        <w:t>- MedienScouts üben ihren Text und stellen</w:t>
      </w:r>
    </w:p>
    <w:p>
      <w:r>
        <w:t>letzte Fragen</w:t>
      </w:r>
    </w:p>
    <w:p>
      <w:pPr>
        <w:pStyle w:val="Heading2"/>
      </w:pPr>
      <w:r>
        <w:t>- Der Verlauf wird grob durchgegangen</w:t>
      </w:r>
    </w:p>
    <w:p>
      <w:pPr>
        <w:pStyle w:val="Heading2"/>
      </w:pPr>
      <w:r>
        <w:t>- Lehrkräfte versuchen die MedienScouts</w:t>
      </w:r>
    </w:p>
    <w:p>
      <w:r>
        <w:t>emotional zu unterstützen und Nervösität zu nehmen</w:t>
      </w:r>
    </w:p>
    <w:p>
      <w:r>
        <w:t>Projekttag 1,5 Stunden 90 Minuten</w:t>
      </w:r>
    </w:p>
    <w:p>
      <w:r>
        <w:t>siehe Stundenverlauf</w:t>
      </w:r>
    </w:p>
    <w:p>
      <w:r>
        <w:rPr>
          <w:i/>
        </w:rPr>
        <w:t>Quelle: Zeitliche-Strukturierung-22Barrierefreiheit-im-Internet22.pdf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Zeitliche Strukturierung "Barrierefreiheit im Internet"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