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Medienbildung PPP 2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Soziale Medien</w:t>
      </w:r>
    </w:p>
    <w:p>
      <w:r>
        <w:t>CC-BY 4.0 Schwien, Hansen, Freitag</w:t>
      </w:r>
    </w:p>
    <w:p>
      <w:r/>
    </w:p>
    <w:p>
      <w:pPr>
        <w:pStyle w:val="Heading2"/>
      </w:pPr>
      <w:r>
        <w:t>Seite 2</w:t>
      </w:r>
    </w:p>
    <w:p>
      <w:r>
        <w:t>Welches Medium benutzt du am häufigsten ?</w:t>
      </w:r>
    </w:p>
    <w:p>
      <w:r/>
    </w:p>
    <w:p>
      <w:pPr>
        <w:pStyle w:val="Heading2"/>
      </w:pPr>
      <w:r>
        <w:t>Seite 3</w:t>
      </w:r>
    </w:p>
    <w:p>
      <w:r>
        <w:t>Für was benutzt du sozialen Medien ?</w:t>
      </w:r>
    </w:p>
    <w:p>
      <w:r/>
    </w:p>
    <w:p>
      <w:pPr>
        <w:pStyle w:val="Heading2"/>
      </w:pPr>
      <w:r>
        <w:t>Seite 4</w:t>
      </w:r>
    </w:p>
    <w:p>
      <w:pPr>
        <w:pStyle w:val="Heading1"/>
      </w:pPr>
      <w:r>
        <w:t>Wie lange bin ich</w:t>
      </w:r>
    </w:p>
    <w:p>
      <w:pPr>
        <w:pStyle w:val="Heading1"/>
      </w:pPr>
      <w:r>
        <w:t>täglich auf sozialen</w:t>
      </w:r>
    </w:p>
    <w:p>
      <w:pPr>
        <w:pStyle w:val="Heading1"/>
      </w:pPr>
      <w:r>
        <w:t>Medien aktiv ?</w:t>
      </w:r>
    </w:p>
    <w:p>
      <w:r/>
    </w:p>
    <w:p>
      <w:pPr>
        <w:pStyle w:val="Heading2"/>
      </w:pPr>
      <w:r>
        <w:t>Seite 5</w:t>
      </w:r>
    </w:p>
    <w:p>
      <w:pPr>
        <w:pStyle w:val="Heading1"/>
      </w:pPr>
      <w:r>
        <w:t>Angenommen du darfst nur</w:t>
      </w:r>
    </w:p>
    <w:p>
      <w:pPr>
        <w:pStyle w:val="Heading1"/>
      </w:pPr>
      <w:r>
        <w:t>noch ein Medium benutzen,</w:t>
      </w:r>
    </w:p>
    <w:p>
      <w:pPr>
        <w:pStyle w:val="Heading1"/>
      </w:pPr>
      <w:r>
        <w:t>welches wäre es ?</w:t>
      </w:r>
    </w:p>
    <w:p>
      <w:r/>
    </w:p>
    <w:p>
      <w:pPr>
        <w:pStyle w:val="Heading2"/>
      </w:pPr>
      <w:r>
        <w:t>Seite 6</w:t>
      </w:r>
    </w:p>
    <w:p>
      <w:r>
        <w:t>I UNI UHLELNTLL UINKIIIINI INN</w:t>
      </w:r>
    </w:p>
    <w:p>
      <w:r/>
    </w:p>
    <w:p>
      <w:pPr>
        <w:pStyle w:val="Heading2"/>
      </w:pPr>
      <w:r>
        <w:t>Seite 7</w:t>
      </w:r>
    </w:p>
    <w:p>
      <w:pPr>
        <w:pStyle w:val="Heading1"/>
      </w:pPr>
      <w:r>
        <w:t>Schätzspiel</w:t>
      </w:r>
    </w:p>
    <w:p>
      <w:pPr>
        <w:pStyle w:val="Heading2"/>
      </w:pPr>
      <w:r>
        <w:t>N a c h r ic h t e n</w:t>
      </w:r>
    </w:p>
    <w:p>
      <w:pPr>
        <w:pStyle w:val="Heading2"/>
      </w:pPr>
      <w:r>
        <w:t>b e k o m m e n :</w:t>
      </w:r>
    </w:p>
    <w:p>
      <w:pPr>
        <w:pStyle w:val="Heading2"/>
      </w:pPr>
      <w:r>
        <w:t>N a c h r ic h t e n</w:t>
      </w:r>
    </w:p>
    <w:p>
      <w:pPr>
        <w:pStyle w:val="Heading2"/>
      </w:pPr>
      <w:r>
        <w:t>e r h a lt e n :</w:t>
      </w:r>
    </w:p>
    <w:p>
      <w:pPr>
        <w:pStyle w:val="Heading2"/>
      </w:pPr>
      <w:r>
        <w:t>N a c h r ic h t e n</w:t>
      </w:r>
    </w:p>
    <w:p>
      <w:pPr>
        <w:pStyle w:val="Heading2"/>
      </w:pPr>
      <w:r>
        <w:t>b e k o m m e n :</w:t>
      </w:r>
    </w:p>
    <w:p>
      <w:pPr>
        <w:pStyle w:val="Heading2"/>
      </w:pPr>
      <w:r>
        <w:t>N a c h r ic h t e n</w:t>
      </w:r>
    </w:p>
    <w:p>
      <w:pPr>
        <w:pStyle w:val="Heading2"/>
      </w:pPr>
      <w:r>
        <w:t>e r h a lt e n :</w:t>
      </w:r>
    </w:p>
    <w:p>
      <w:r/>
    </w:p>
    <w:p>
      <w:r/>
    </w:p>
    <w:p>
      <w:r>
        <w:drawing>
          <wp:inline xmlns:a="http://schemas.openxmlformats.org/drawingml/2006/main" xmlns:pic="http://schemas.openxmlformats.org/drawingml/2006/picture">
            <wp:extent cx="5040000" cy="896349"/>
            <wp:docPr id="1" name="Picture 1" descr="Abbildung 3 aus dem Original, Seite 7 – Inhalt bitte im Original-PDF ansehen" title="Abbildung 3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896349"/>
                    </a:xfrm>
                    <a:prstGeom prst="rect"/>
                  </pic:spPr>
                </pic:pic>
              </a:graphicData>
            </a:graphic>
          </wp:inline>
        </w:drawing>
      </w:r>
    </w:p>
    <w:p>
      <w:pPr>
        <w:pStyle w:val="Heading2"/>
      </w:pPr>
      <w:r>
        <w:t>Seite 8</w:t>
      </w:r>
    </w:p>
    <w:p>
      <w:r>
        <w:t>SO KÖNNT IHR EUCH ÜBERPRÜFEN:</w:t>
      </w:r>
    </w:p>
    <w:p>
      <w:r>
        <w:t>u eo ı mas „.. einOnm« 5 4 - u ri e u .. 15:46 eu</w:t>
      </w:r>
    </w:p>
    <w:p>
      <w:r>
        <w:t>A al! MEDIONmobile ; j Z . a osaienuuee: 3 &lt; Zurück Netzwerknutzung</w:t>
      </w:r>
    </w:p>
    <w:p>
      <w:r>
        <w:t>Einstellungen</w:t>
      </w:r>
    </w:p>
    <w:p>
      <w:r>
        <w:t>Speicher verwalt ge Speicher verwalten Gesendet</w:t>
      </w:r>
    </w:p>
    <w:p>
      <w:r>
        <w:t>Empfangen Bytes gesendet</w:t>
      </w:r>
    </w:p>
    <w:p>
      <w:r>
        <w:t>*} Mit Stern markiert</w:t>
      </w:r>
    </w:p>
    <w:p>
      <w:r>
        <w:t>@ Verknügfte Geräte Weniger Daten für Anrudo verwenden SL Bytes empfangen verk eu B</w:t>
      </w:r>
    </w:p>
    <w:p>
      <w:r>
        <w:t>Ascosint Bytes gesendet</w:t>
      </w:r>
    </w:p>
    <w:p>
      <w:r>
        <w:t>Fotos Chats Bytes empfangen Auntio yi prangı Mitteilungen Vieioos Dokumente Bytes gesendet Bytes empfangen &amp; Hite</w:t>
      </w:r>
    </w:p>
    <w:p>
      <w:r>
        <w:t>® Freunde ilormlkenen</w:t>
      </w:r>
    </w:p>
    <w:p>
      <w:r>
        <w:t>Medien-Upioad-Quastät Ausgehend</w:t>
      </w:r>
    </w:p>
    <w:p>
      <w:r>
        <w:t>ur . ® ? ©</w:t>
      </w:r>
    </w:p>
    <w:p>
      <w:r>
        <w:t>Einstellungen</w:t>
      </w:r>
    </w:p>
    <w:p>
      <w:r/>
    </w:p>
    <w:p>
      <w:r/>
    </w:p>
    <w:p>
      <w:pPr>
        <w:pStyle w:val="Heading2"/>
      </w:pPr>
      <w:r>
        <w:t>Seite 9</w:t>
      </w:r>
    </w:p>
    <w:p>
      <w:r>
        <w:t>Seit wann benutzt ihr WhatsApp ?</w:t>
      </w:r>
    </w:p>
    <w:p>
      <w:r/>
    </w:p>
    <w:p>
      <w:pPr>
        <w:pStyle w:val="Heading2"/>
      </w:pPr>
      <w:r>
        <w:t>Seite 10</w:t>
      </w:r>
    </w:p>
    <w:p>
      <w:pPr>
        <w:pStyle w:val="Heading1"/>
      </w:pPr>
      <w:r>
        <w:t>Wie viel Zeit verbringe</w:t>
      </w:r>
    </w:p>
    <w:p>
      <w:pPr>
        <w:pStyle w:val="Heading1"/>
      </w:pPr>
      <w:r>
        <w:t>ich am Tag auf</w:t>
      </w:r>
    </w:p>
    <w:p>
      <w:pPr>
        <w:pStyle w:val="Heading1"/>
      </w:pPr>
      <w:r>
        <w:t>WhatsApp ?</w:t>
      </w:r>
    </w:p>
    <w:p>
      <w:r/>
    </w:p>
    <w:p>
      <w:r/>
    </w:p>
    <w:p>
      <w:r>
        <w:drawing>
          <wp:inline xmlns:a="http://schemas.openxmlformats.org/drawingml/2006/main" xmlns:pic="http://schemas.openxmlformats.org/drawingml/2006/picture">
            <wp:extent cx="5040000" cy="5040000"/>
            <wp:docPr id="2" name="Picture 2" descr="Abbildung 2 aus dem Original, Seite 11 – Inhalt bitte im Original-PDF ansehen" title="Abbildung 2 aus dem Original, Seite 1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pPr>
        <w:pStyle w:val="Heading2"/>
      </w:pPr>
      <w:r>
        <w:t>Seite 12</w:t>
      </w:r>
    </w:p>
    <w:p>
      <w:r>
        <w:t>https://youtu.be/zHjLOp YXxpl</w:t>
      </w:r>
    </w:p>
    <w:p>
      <w:r>
        <w:t>AI)</w:t>
      </w:r>
    </w:p>
    <w:p>
      <w:r>
        <w:t>I UNI UHLELNTLL UINKIIIINI INN</w:t>
      </w:r>
    </w:p>
    <w:p>
      <w:r/>
    </w:p>
    <w:p>
      <w:pPr>
        <w:pStyle w:val="Heading2"/>
      </w:pPr>
      <w:r>
        <w:t>Seite 13</w:t>
      </w:r>
    </w:p>
    <w:p>
      <w:pPr>
        <w:pStyle w:val="Heading1"/>
      </w:pPr>
      <w:r>
        <w:t>Vergleich</w:t>
      </w:r>
    </w:p>
    <w:p>
      <w:pPr>
        <w:pStyle w:val="Heading2"/>
      </w:pPr>
      <w:r>
        <w:t>Mobbing</w:t>
      </w:r>
    </w:p>
    <w:p>
      <w:pPr>
        <w:pStyle w:val="Heading2"/>
      </w:pPr>
      <w:r>
        <w:t>Cybermobbing</w:t>
      </w:r>
    </w:p>
    <w:p>
      <w:pPr>
        <w:pStyle w:val="Heading2"/>
      </w:pPr>
      <w:r>
        <w:t>Seite 14</w:t>
      </w:r>
    </w:p>
    <w:p>
      <w:pPr>
        <w:pStyle w:val="Heading1"/>
      </w:pPr>
      <w:r>
        <w:t>Vergleich</w:t>
      </w:r>
    </w:p>
    <w:p>
      <w:pPr>
        <w:pStyle w:val="Heading2"/>
      </w:pPr>
      <w:r>
        <w:t>Mobbing</w:t>
      </w:r>
    </w:p>
    <w:p>
      <w:pPr>
        <w:pStyle w:val="ListBullet"/>
      </w:pPr>
      <w:r>
        <w:t>Gezielt</w:t>
      </w:r>
    </w:p>
    <w:p>
      <w:pPr>
        <w:pStyle w:val="ListBullet"/>
      </w:pPr>
      <w:r>
        <w:t>Systematisch</w:t>
      </w:r>
    </w:p>
    <w:p>
      <w:pPr>
        <w:pStyle w:val="ListBullet"/>
      </w:pPr>
      <w:r>
        <w:t>Längerer Zeitraum</w:t>
      </w:r>
    </w:p>
    <w:p>
      <w:pPr>
        <w:pStyle w:val="ListBullet"/>
      </w:pPr>
      <w:r>
        <w:t>Ziel: Ausgrenzen</w:t>
      </w:r>
    </w:p>
    <w:p>
      <w:pPr>
        <w:pStyle w:val="Heading2"/>
      </w:pPr>
      <w:r>
        <w:t>Cybermobbing</w:t>
      </w:r>
    </w:p>
    <w:p>
      <w:pPr>
        <w:pStyle w:val="Heading2"/>
      </w:pPr>
      <w:r>
        <w:t>Seite 15</w:t>
      </w:r>
    </w:p>
    <w:p>
      <w:pPr>
        <w:pStyle w:val="Heading1"/>
      </w:pPr>
      <w:r>
        <w:t>Vergleich</w:t>
      </w:r>
    </w:p>
    <w:p>
      <w:pPr>
        <w:pStyle w:val="Heading2"/>
      </w:pPr>
      <w:r>
        <w:t>Mobbing</w:t>
      </w:r>
    </w:p>
    <w:p>
      <w:pPr>
        <w:pStyle w:val="ListBullet"/>
      </w:pPr>
      <w:r>
        <w:t>Gezielt</w:t>
      </w:r>
    </w:p>
    <w:p>
      <w:pPr>
        <w:pStyle w:val="ListBullet"/>
      </w:pPr>
      <w:r>
        <w:t>Systematisch</w:t>
      </w:r>
    </w:p>
    <w:p>
      <w:pPr>
        <w:pStyle w:val="ListBullet"/>
      </w:pPr>
      <w:r>
        <w:t>Längerer Zeitraum</w:t>
      </w:r>
    </w:p>
    <w:p>
      <w:pPr>
        <w:pStyle w:val="ListBullet"/>
      </w:pPr>
      <w:r>
        <w:t>Ziel: Ausgrenzen</w:t>
      </w:r>
    </w:p>
    <w:p>
      <w:pPr>
        <w:pStyle w:val="Heading2"/>
      </w:pPr>
      <w:r>
        <w:t>Cybermobbing</w:t>
      </w:r>
    </w:p>
    <w:p>
      <w:pPr>
        <w:pStyle w:val="ListBullet"/>
      </w:pPr>
      <w:r>
        <w:t>Online</w:t>
      </w:r>
    </w:p>
    <w:p>
      <w:pPr>
        <w:pStyle w:val="ListBullet"/>
      </w:pPr>
      <w:r>
        <w:t>Rund um die Uhr</w:t>
      </w:r>
    </w:p>
    <w:p>
      <w:pPr>
        <w:pStyle w:val="ListBullet"/>
      </w:pPr>
      <w:r>
        <w:t>Anonym</w:t>
      </w:r>
    </w:p>
    <w:p>
      <w:pPr>
        <w:pStyle w:val="ListBullet"/>
      </w:pPr>
      <w:r>
        <w:t>Inhalte können schwer gelöscht werden</w:t>
      </w:r>
    </w:p>
    <w:p>
      <w:pPr>
        <w:pStyle w:val="ListBullet"/>
      </w:pPr>
      <w:r>
        <w:t>Man kann mehr Menschen erreichen</w:t>
      </w:r>
    </w:p>
    <w:p>
      <w:pPr>
        <w:pStyle w:val="Heading2"/>
      </w:pPr>
      <w:r>
        <w:t>Seite 16</w:t>
      </w:r>
    </w:p>
    <w:p>
      <w:r>
        <w:t>Formen von Cybermobbing</w:t>
      </w:r>
    </w:p>
    <w:p>
      <w:r>
        <w:t>AI)</w:t>
      </w:r>
    </w:p>
    <w:p>
      <w:r/>
    </w:p>
    <w:p>
      <w:pPr>
        <w:pStyle w:val="Heading2"/>
      </w:pPr>
      <w:r>
        <w:t>Seite 17</w:t>
      </w:r>
    </w:p>
    <w:p>
      <w:r>
        <w:t>o Ausgrenzung</w:t>
      </w:r>
    </w:p>
    <w:p>
      <w:r>
        <w:t>o Privates ausplaudern o Beleidigung</w:t>
      </w:r>
    </w:p>
    <w:p>
      <w:r>
        <w:t>o Gerüchte verbreiten o Betrug</w:t>
      </w:r>
    </w:p>
    <w:p>
      <w:r>
        <w:t>o Falsche Identität</w:t>
      </w:r>
    </w:p>
    <w:p>
      <w:r>
        <w:t>o Belästigung</w:t>
      </w:r>
    </w:p>
    <w:p>
      <w:r>
        <w:t>o Bedrohung</w:t>
      </w:r>
    </w:p>
    <w:p>
      <w:pPr>
        <w:pStyle w:val="Heading2"/>
      </w:pPr>
      <w:r>
        <w:t>Seite 18</w:t>
      </w:r>
    </w:p>
    <w:p>
      <w:r>
        <w:t>mit Lügen den Ruf einer Person zerstören ® o Ausgrenzung</w:t>
      </w:r>
    </w:p>
    <w:p>
      <w:r>
        <w:t>Personen bewusst nicht in Chatgruppen zulassen ® o Privates ausplaudern Posten von verletzenden Kommentaren ®@ o Beleidigung sich online als jemand anderes ausgeben ® o Gerüchte verbreiten Ankündigung körperlicher Gewalt ® o Betrug Geheimnisse entlocken und verbreiten ® o Falsche Identität ständiges Senden von gemeinen Nachrichten ® o Belästigung</w:t>
      </w:r>
    </w:p>
    <w:p>
      <w:r>
        <w:t>Fotos usw. gegen den Willen veröffentlichen @ o Bedrohung</w:t>
      </w:r>
    </w:p>
    <w:p>
      <w:pPr>
        <w:pStyle w:val="Heading2"/>
      </w:pPr>
      <w:r>
        <w:t>Seite 19</w:t>
      </w:r>
    </w:p>
    <w:p>
      <w:r>
        <w:t>mit Lügen den Ruf einer Person zerstören 7 Ausgrenzung Personen bewusst nicht in Chatgruppen zulassen o Privates ausplaudern</w:t>
      </w:r>
    </w:p>
    <w:p>
      <w:r>
        <w:t>Posten von verletzenden Kommentaren ®@ o Beleidigung sich online als jemand anderes ausgeben ® o Gerüchte verbreiten Ankündigung körperlicher Gewalt ® o Betrug Geheimnisse entlocken und verbreiten ® o Falsche Identität ständiges Senden von gemeinen Nachrichten ® o Belästigung</w:t>
      </w:r>
    </w:p>
    <w:p>
      <w:r>
        <w:t>Fotos usw. gegen den Willen veröffentlichen @ o Bedrohung</w:t>
      </w:r>
    </w:p>
    <w:p>
      <w:pPr>
        <w:pStyle w:val="Heading2"/>
      </w:pPr>
      <w:r>
        <w:t>Seite 20</w:t>
      </w:r>
    </w:p>
    <w:p>
      <w:r>
        <w:t>mit Lügen den Ruf einer Person zerstören 7? Ausgrenzung Personen bewusst nicht in Chatgruppen zulassen Privates ausplaudern</w:t>
      </w:r>
    </w:p>
    <w:p>
      <w:r>
        <w:t>Posten von verletzenden Kommentaren ®@ o Beleidigung</w:t>
      </w:r>
    </w:p>
    <w:p>
      <w:r>
        <w:t>sich online als jemand anderes ausgeben ® o Gerüchte verbreiten</w:t>
      </w:r>
    </w:p>
    <w:p>
      <w:r>
        <w:t>Ankündigung körperlicher Gewalt ® o Betrug Geheimnisse entlocken und verbreiten ® o Falsche Identität ständiges Senden von gemeinen Nachrichten ® o Belästigung</w:t>
      </w:r>
    </w:p>
    <w:p>
      <w:r>
        <w:t>Fotos usw. gegen den Willen veröffentlichen o Bedrohung</w:t>
      </w:r>
    </w:p>
    <w:p>
      <w:pPr>
        <w:pStyle w:val="Heading2"/>
      </w:pPr>
      <w:r>
        <w:t>Seite 21</w:t>
      </w:r>
    </w:p>
    <w:p>
      <w:r>
        <w:t>mit Lügen den Ruf einer Person zerstören 7? Ausgrenzung Personen bewusst nicht in Chatgruppen zulassen Privates ausplaudern</w:t>
      </w:r>
    </w:p>
    <w:p>
      <w:r>
        <w:t>Posten von verletzenden Kommentaren Beleidigung</w:t>
      </w:r>
    </w:p>
    <w:p>
      <w:r>
        <w:t>sich online als jemand anderes ausgeben ® Gerüchte verbreiten Ankündigung körperlicher Gewalt ® o Betrug Geheimnisse entlocken und verbreiten ® o Falsche Identität ständiges Senden von gemeinen Nachrichten ® o Belästigung</w:t>
      </w:r>
    </w:p>
    <w:p>
      <w:r>
        <w:t>Fotos usw. gegen den Willen veröffentlichen o Bedrohung</w:t>
      </w:r>
    </w:p>
    <w:p>
      <w:pPr>
        <w:pStyle w:val="Heading2"/>
      </w:pPr>
      <w:r>
        <w:t>Seite 22</w:t>
      </w:r>
    </w:p>
    <w:p>
      <w:r>
        <w:t>mit Lügen den Ruf einer Person zerstören Ausgrenzung</w:t>
      </w:r>
    </w:p>
    <w:p>
      <w:r>
        <w:t>Personen bewusst nicht in Chatgruppen zulassen Privates ausplaudern Posten von verletzenden Kommentaren Beleidigung</w:t>
      </w:r>
    </w:p>
    <w:p>
      <w:r>
        <w:t>sich online als jemand anderes ausgeben Gerüchte verbreiten</w:t>
      </w:r>
    </w:p>
    <w:p>
      <w:r>
        <w:t>Ankündigung körperlicher Gewalt o Betrug</w:t>
      </w:r>
    </w:p>
    <w:p>
      <w:r>
        <w:t>Geheimnisse entlocken und verbreiten o Falsche Identität ständiges Senden von gemeinen Nachrichten o Belästigung</w:t>
      </w:r>
    </w:p>
    <w:p>
      <w:r>
        <w:t>Fotos usw. gegen den Willen veröffentlichen o Bedrohung</w:t>
      </w:r>
    </w:p>
    <w:p>
      <w:pPr>
        <w:pStyle w:val="Heading2"/>
      </w:pPr>
      <w:r>
        <w:t>Seite 23</w:t>
      </w:r>
    </w:p>
    <w:p>
      <w:r>
        <w:t>mit Lügen den Ruf einer Person zerstören Ausgrenzung</w:t>
      </w:r>
    </w:p>
    <w:p>
      <w:r>
        <w:t>Personen bewusst nicht in Chatgruppen zulassen Privates ausplaudern Posten von verletzenden Kommentaren Beleidigung sich online als jemand anderes ausgeben ® Gerüchte verbreiten Ankündigung körperlicher Gewalt ® Betrug Geheimnisse entlocken und verbreiten o Falsche Identität ständiges Senden von gemeinen Nachrichten ® o Belästigung</w:t>
      </w:r>
    </w:p>
    <w:p>
      <w:r>
        <w:t>Fotos usw. gegen den Willen veröffentlichen o Bedrohung</w:t>
      </w:r>
    </w:p>
    <w:p>
      <w:pPr>
        <w:pStyle w:val="Heading2"/>
      </w:pPr>
      <w:r>
        <w:t>Seite 24</w:t>
      </w:r>
    </w:p>
    <w:p>
      <w:r>
        <w:t>mit Lügen den Ruf einer Person zerstören Ausgrenzung</w:t>
      </w:r>
    </w:p>
    <w:p>
      <w:r>
        <w:t>Personen bewusst nicht in Chatgruppen zulassen Privates ausplaudern Posten von verletzenden Kommentaren Beleidigung sich online als jemand anderes ausgeben Gerüchte verbreiten Ankündigung körperlicher Gewalt ® Betrug Geheimnisse entlocken und verbreiten Falsche Identität ständiges Senden von gemeinen Nachrichten ® o Belästigung</w:t>
      </w:r>
    </w:p>
    <w:p>
      <w:r>
        <w:t>Fotos usw. gegen den Willen veröffentlichen o Bedrohung</w:t>
      </w:r>
    </w:p>
    <w:p>
      <w:pPr>
        <w:pStyle w:val="Heading2"/>
      </w:pPr>
      <w:r>
        <w:t>Seite 25</w:t>
      </w:r>
    </w:p>
    <w:p>
      <w:r>
        <w:t>mit Lügen den Ruf einer Person zerstören Ausgrenzung</w:t>
      </w:r>
    </w:p>
    <w:p>
      <w:r>
        <w:t>Personen bewusst nicht in Chatgruppen zulassen Privates ausplaudern Posten von verletzenden Kommentaren Beleidigung sich online als jemand anderes ausgeben Gerüchte verbreiten Ankündigung körperlicher Gewalt ® Betrug Geheimnisse entlocken und verbreiten Falsche Identität ständiges Senden von gemeinen Nachrichten Belästigung</w:t>
      </w:r>
    </w:p>
    <w:p>
      <w:r>
        <w:t>Fotos usw. gegen den Willen veröffentlichen o Bedrohung</w:t>
      </w:r>
    </w:p>
    <w:p>
      <w:pPr>
        <w:pStyle w:val="Heading2"/>
      </w:pPr>
      <w:r>
        <w:t>Seite 26</w:t>
      </w:r>
    </w:p>
    <w:p>
      <w:r>
        <w:t>mit Lügen den Ruf einer Person zerstören Ausgrenzung</w:t>
      </w:r>
    </w:p>
    <w:p>
      <w:r>
        <w:t>Personen bewusst nicht in Chatgruppen zulassen Privates ausplaudern Posten von verletzenden Kommentaren Beleidigung sich online als jemand anderes ausgeben Gerüchte verbreiten Ankündigung körperlicher Gewalt Betrug Geheimnisse entlocken und verbreiten Falsche Identität ständiges Senden von gemeinen Nachrichten Belästigung</w:t>
      </w:r>
    </w:p>
    <w:p>
      <w:r>
        <w:t>Fotos usw. gegen den Willen veröffentlichen Bedrohung</w:t>
      </w:r>
    </w:p>
    <w:p>
      <w:r/>
    </w:p>
    <w:p>
      <w:pPr>
        <w:pStyle w:val="Heading2"/>
      </w:pPr>
      <w:r>
        <w:t>Seite 28</w:t>
      </w:r>
    </w:p>
    <w:p>
      <w:r>
        <w:t>richtig falsch</w:t>
      </w:r>
    </w:p>
    <w:p>
      <w:r>
        <w:t>gar nichts</w:t>
      </w:r>
    </w:p>
    <w:p>
      <w:r>
        <w:t>Lehrkräfte/Eltern informieren</w:t>
      </w:r>
    </w:p>
    <w:p>
      <w:r>
        <w:t>in Apps blockieren</w:t>
      </w:r>
    </w:p>
    <w:p>
      <w:r>
        <w:t>Screenshots machen</w:t>
      </w:r>
    </w:p>
    <w:p>
      <w:r>
        <w:t>mitmachen</w:t>
      </w:r>
    </w:p>
    <w:p>
      <w:r>
        <w:t>helfen und unterstützen</w:t>
      </w:r>
    </w:p>
    <w:p>
      <w:r>
        <w:t>die Ruhe bewahren</w:t>
      </w:r>
    </w:p>
    <w:p>
      <w:pPr>
        <w:pStyle w:val="Heading2"/>
      </w:pPr>
      <w:r>
        <w:t>Seite 29</w:t>
      </w:r>
    </w:p>
    <w:p>
      <w:r>
        <w:t>richtig falsch gar nichts X</w:t>
      </w:r>
    </w:p>
    <w:p>
      <w:r>
        <w:t>Lehrkräfte/Eltern informieren</w:t>
      </w:r>
    </w:p>
    <w:p>
      <w:r>
        <w:t>in Apps blockieren</w:t>
      </w:r>
    </w:p>
    <w:p>
      <w:r>
        <w:t>Screenshots machen</w:t>
      </w:r>
    </w:p>
    <w:p>
      <w:r>
        <w:t>mitmachen</w:t>
      </w:r>
    </w:p>
    <w:p>
      <w:r>
        <w:t>helfen und unterstützen</w:t>
      </w:r>
    </w:p>
    <w:p>
      <w:r>
        <w:t>die Ruhe bewahren</w:t>
      </w:r>
    </w:p>
    <w:p>
      <w:pPr>
        <w:pStyle w:val="Heading2"/>
      </w:pPr>
      <w:r>
        <w:t>Seite 30</w:t>
      </w:r>
    </w:p>
    <w:p>
      <w:r>
        <w:t>richtig falsch gar nichts X Lehrkräfte/Eltern informieren X</w:t>
      </w:r>
    </w:p>
    <w:p>
      <w:r>
        <w:t>in Apps blockieren</w:t>
      </w:r>
    </w:p>
    <w:p>
      <w:r>
        <w:t>Screenshots machen</w:t>
      </w:r>
    </w:p>
    <w:p>
      <w:r>
        <w:t>mitmachen</w:t>
      </w:r>
    </w:p>
    <w:p>
      <w:r>
        <w:t>helfen und unterstützen</w:t>
      </w:r>
    </w:p>
    <w:p>
      <w:r>
        <w:t>die Ruhe bewahren</w:t>
      </w:r>
    </w:p>
    <w:p>
      <w:pPr>
        <w:pStyle w:val="Heading2"/>
      </w:pPr>
      <w:r>
        <w:t>Seite 31</w:t>
      </w:r>
    </w:p>
    <w:p>
      <w:r>
        <w:t>richtig falsch</w:t>
      </w:r>
    </w:p>
    <w:p>
      <w:r>
        <w:t>gar nichts X Lehrkräfte/Eltern informieren X in Apps blockieren X</w:t>
      </w:r>
    </w:p>
    <w:p>
      <w:r>
        <w:t>Screenshots machen</w:t>
      </w:r>
    </w:p>
    <w:p>
      <w:r>
        <w:t>mitmachen</w:t>
      </w:r>
    </w:p>
    <w:p>
      <w:r>
        <w:t>helfen und unterstützen</w:t>
      </w:r>
    </w:p>
    <w:p>
      <w:r>
        <w:t>die Ruhe bewahren</w:t>
      </w:r>
    </w:p>
    <w:p>
      <w:pPr>
        <w:pStyle w:val="Heading2"/>
      </w:pPr>
      <w:r>
        <w:t>Seite 32</w:t>
      </w:r>
    </w:p>
    <w:p>
      <w:r>
        <w:t>richtig falsch</w:t>
      </w:r>
    </w:p>
    <w:p>
      <w:r>
        <w:t>gar nichts X Lehrkräfte/Eltern informieren X</w:t>
      </w:r>
    </w:p>
    <w:p>
      <w:r>
        <w:t>in Apps blockieren X</w:t>
      </w:r>
    </w:p>
    <w:p>
      <w:r>
        <w:t>Screenshots machen X</w:t>
      </w:r>
    </w:p>
    <w:p>
      <w:r>
        <w:t>mitmachen</w:t>
      </w:r>
    </w:p>
    <w:p>
      <w:r>
        <w:t>helfen und unterstützen</w:t>
      </w:r>
    </w:p>
    <w:p>
      <w:r>
        <w:t>die Ruhe bewahren</w:t>
      </w:r>
    </w:p>
    <w:p>
      <w:pPr>
        <w:pStyle w:val="Heading2"/>
      </w:pPr>
      <w:r>
        <w:t>Seite 33</w:t>
      </w:r>
    </w:p>
    <w:p>
      <w:r>
        <w:t>richtig falsch</w:t>
      </w:r>
    </w:p>
    <w:p>
      <w:r>
        <w:t>gar nichts X Lehrkräfte/Eltern informieren X in Apps blockieren X Screenshots machen X mitmachen x</w:t>
      </w:r>
    </w:p>
    <w:p>
      <w:r>
        <w:t>helfen und unterstützen</w:t>
      </w:r>
    </w:p>
    <w:p>
      <w:r>
        <w:t>die Ruhe bewahren</w:t>
      </w:r>
    </w:p>
    <w:p>
      <w:pPr>
        <w:pStyle w:val="Heading2"/>
      </w:pPr>
      <w:r>
        <w:t>Seite 34</w:t>
      </w:r>
    </w:p>
    <w:p>
      <w:r>
        <w:t>richtig falsch</w:t>
      </w:r>
    </w:p>
    <w:p>
      <w:r>
        <w:t>gar nichts X Lehrkräfte/Eltern informieren X in Apps blockieren X Screenshots machen X mitmachen x helfen und unterstützen X</w:t>
      </w:r>
    </w:p>
    <w:p>
      <w:r>
        <w:t>die Ruhe bewahren</w:t>
      </w:r>
    </w:p>
    <w:p>
      <w:pPr>
        <w:pStyle w:val="Heading2"/>
      </w:pPr>
      <w:r>
        <w:t>Seite 35</w:t>
      </w:r>
    </w:p>
    <w:p>
      <w:r>
        <w:t>richtig falsch</w:t>
      </w:r>
    </w:p>
    <w:p>
      <w:r>
        <w:t>gar nichts X Lehrkräfte/Eltern informieren X in Apps blockieren X Screenshots machen X mitmachen x helfen und unterstützen 4</w:t>
      </w:r>
    </w:p>
    <w:p>
      <w:r>
        <w:t>die Ruhe bewahren X</w:t>
      </w:r>
    </w:p>
    <w:p>
      <w:r/>
    </w:p>
    <w:p>
      <w:pPr>
        <w:pStyle w:val="Heading2"/>
      </w:pPr>
      <w:r>
        <w:t>Seite 37</w:t>
      </w:r>
    </w:p>
    <w:p>
      <w:r>
        <w:t>ja klar, kannst gerne mit Sei ka</w:t>
      </w:r>
    </w:p>
    <w:p>
      <w:r>
        <w:t>N glaubst doch micht ehrlich der hat irgendwas im Fußball</w:t>
      </w:r>
    </w:p>
    <w:p>
      <w:r>
        <w:t>rar 27</w:t>
      </w:r>
    </w:p>
    <w:p>
      <w:r>
        <w:t>0) | Nachricht 0)</w:t>
      </w:r>
    </w:p>
    <w:p>
      <w:r/>
    </w:p>
    <w:p>
      <w:r/>
    </w:p>
    <w:p>
      <w:pPr>
        <w:pStyle w:val="Heading2"/>
      </w:pPr>
      <w:r>
        <w:t>Seite 38</w:t>
      </w:r>
    </w:p>
    <w:p>
      <w:r>
        <w:t>es..o vosiore 25 13:00 Uhr &gt;. “onen Vossons ®_ 13:32 Uhr 2</w:t>
      </w:r>
    </w:p>
    <w:p>
      <w:r>
        <w:t>&lt; Chats Marie '®) &lt; Chats Marie 9) Findest du auch Jenny ist in Hast frag letzter Zeit voll komisch drauf? BEER and Kr nic 1244 mehr conl genug oder was 1306 Je rast u Ietztensiauch die ss als sie mit den ganzen Mädels DE oc aus der 12. Klasse im Park RER sur war? 20 . Zr — ur Habe die Story auch erstmal „4 nn a anpaar Leute te an wäre ein Model... Will sie jetzt Fl 2 etwa ein Instagram Influencer A u an werden oder was :D — . we |} z du auch? habe die auch — 108 meiner Mutter gezeigt aber die 5 meinte ich soll mich nicht über echt so die denkt sie wäre jetzt meine Freundinnen lustig plötzlich ein Instagram Star machen .....aber mir doch egal “22</w:t>
      </w:r>
    </w:p>
    <w:p>
      <w:r>
        <w:t>nur weil sie mit den "coolen aus der 12. Klasse im Park 294 dummes teilt 2</w:t>
      </w:r>
    </w:p>
    <w:p>
      <w:r/>
    </w:p>
    <w:p>
      <w:r/>
    </w:p>
    <w:p>
      <w:r>
        <w:rPr>
          <w:i/>
        </w:rPr>
        <w:t>Hinweis: Teile des Textes wurden per automatischer Texterkennung aus Bildern übernommen und können Fehler enthalten.</w:t>
      </w:r>
    </w:p>
    <w:p>
      <w:r>
        <w:rPr>
          <w:i/>
        </w:rPr>
        <w:t>Quelle: Medienbildung-PPP-2.pdf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Medienbildung PPP 2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